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E8213" w14:textId="05ED2C51" w:rsidR="008F1409" w:rsidRPr="00D70C3B" w:rsidRDefault="00DD52E0" w:rsidP="00D70C3B">
      <w:pPr>
        <w:spacing w:after="0"/>
        <w:jc w:val="center"/>
        <w:rPr>
          <w:rFonts w:ascii="Verdana" w:hAnsi="Verdana"/>
          <w:sz w:val="36"/>
          <w:szCs w:val="36"/>
        </w:rPr>
      </w:pPr>
      <w:r w:rsidRPr="00D70C3B">
        <w:rPr>
          <w:rFonts w:ascii="Verdana" w:hAnsi="Verdana"/>
          <w:b/>
          <w:sz w:val="36"/>
          <w:szCs w:val="36"/>
        </w:rPr>
        <w:t>Access to HE Student Complaints Form</w:t>
      </w:r>
    </w:p>
    <w:p w14:paraId="6BC0E40C" w14:textId="77777777" w:rsidR="008F1409" w:rsidRPr="00D70C3B" w:rsidRDefault="00DD52E0" w:rsidP="00D70C3B">
      <w:pPr>
        <w:spacing w:after="0"/>
        <w:jc w:val="center"/>
        <w:rPr>
          <w:rFonts w:ascii="Verdana" w:hAnsi="Verdana"/>
          <w:sz w:val="22"/>
        </w:rPr>
      </w:pPr>
      <w:r w:rsidRPr="00D70C3B">
        <w:rPr>
          <w:rFonts w:ascii="Verdana" w:hAnsi="Verdana"/>
          <w:b/>
          <w:sz w:val="22"/>
        </w:rPr>
        <w:t>Skills and Education Group Access</w:t>
      </w:r>
    </w:p>
    <w:p w14:paraId="61F995B2" w14:textId="2D3CE025" w:rsidR="008F1409" w:rsidRPr="00D70C3B" w:rsidRDefault="00DD52E0" w:rsidP="00D70C3B">
      <w:pPr>
        <w:spacing w:after="0"/>
        <w:rPr>
          <w:rFonts w:ascii="Verdana" w:hAnsi="Verdana"/>
          <w:sz w:val="22"/>
        </w:rPr>
      </w:pPr>
      <w:r w:rsidRPr="00D70C3B">
        <w:rPr>
          <w:rFonts w:ascii="Verdana" w:hAnsi="Verdana"/>
          <w:sz w:val="22"/>
        </w:rPr>
        <w:t>Please use this form if you wish to raise a complaint about an Access to HE Provider or an aspect of your Access to HE pro</w:t>
      </w:r>
      <w:r w:rsidR="00D70C3B" w:rsidRPr="00D70C3B">
        <w:rPr>
          <w:rFonts w:ascii="Verdana" w:hAnsi="Verdana"/>
          <w:sz w:val="22"/>
        </w:rPr>
        <w:t>gramme</w:t>
      </w:r>
      <w:r w:rsidRPr="00D70C3B">
        <w:rPr>
          <w:rFonts w:ascii="Verdana" w:hAnsi="Verdana"/>
          <w:sz w:val="22"/>
        </w:rPr>
        <w:t>.  Please provide the basic information requested below so that we can understand your concern and decide the appropriate next steps.</w:t>
      </w:r>
    </w:p>
    <w:p w14:paraId="3A3C6A15" w14:textId="77777777" w:rsidR="00D70C3B" w:rsidRPr="00D70C3B" w:rsidRDefault="00D70C3B" w:rsidP="00D70C3B">
      <w:pPr>
        <w:spacing w:before="80" w:after="0"/>
        <w:rPr>
          <w:rFonts w:ascii="Verdana" w:hAnsi="Verdana"/>
          <w:sz w:val="22"/>
        </w:rPr>
      </w:pPr>
    </w:p>
    <w:tbl>
      <w:tblPr>
        <w:tblW w:w="0" w:type="auto"/>
        <w:jc w:val="center"/>
        <w:tblLayout w:type="fixed"/>
        <w:tblLook w:val="04A0" w:firstRow="1" w:lastRow="0" w:firstColumn="1" w:lastColumn="0" w:noHBand="0" w:noVBand="1"/>
      </w:tblPr>
      <w:tblGrid>
        <w:gridCol w:w="10294"/>
      </w:tblGrid>
      <w:tr w:rsidR="008F1409" w:rsidRPr="00D70C3B" w14:paraId="33EBF3CB" w14:textId="77777777" w:rsidTr="00D70C3B">
        <w:trPr>
          <w:jc w:val="center"/>
        </w:trPr>
        <w:tc>
          <w:tcPr>
            <w:tcW w:w="10294" w:type="dxa"/>
            <w:shd w:val="clear" w:color="auto" w:fill="EDEDED"/>
            <w:vAlign w:val="center"/>
          </w:tcPr>
          <w:p w14:paraId="3EF0B8BD" w14:textId="77777777" w:rsidR="008F1409" w:rsidRPr="00D70C3B" w:rsidRDefault="00DD52E0" w:rsidP="00D70C3B">
            <w:pPr>
              <w:spacing w:after="0"/>
              <w:rPr>
                <w:rFonts w:ascii="Verdana" w:hAnsi="Verdana"/>
                <w:sz w:val="22"/>
              </w:rPr>
            </w:pPr>
            <w:r w:rsidRPr="00D70C3B">
              <w:rPr>
                <w:rFonts w:ascii="Verdana" w:hAnsi="Verdana"/>
                <w:b/>
                <w:sz w:val="22"/>
              </w:rPr>
              <w:t>Before submitting this form, you should normally have raised your complaint with your Provider through its own complaints procedure.  If you have not been able to do this, please briefly explain why below.</w:t>
            </w:r>
          </w:p>
        </w:tc>
      </w:tr>
    </w:tbl>
    <w:p w14:paraId="4CDC2890" w14:textId="77777777" w:rsidR="00D70C3B" w:rsidRDefault="00D70C3B" w:rsidP="00D70C3B">
      <w:pPr>
        <w:spacing w:after="0"/>
        <w:rPr>
          <w:rFonts w:ascii="Verdana" w:hAnsi="Verdana"/>
          <w:b/>
          <w:sz w:val="22"/>
        </w:rPr>
      </w:pPr>
    </w:p>
    <w:p w14:paraId="7DF47102" w14:textId="0FDA82E4" w:rsidR="008F1409" w:rsidRPr="00D70C3B" w:rsidRDefault="00DD52E0" w:rsidP="00D70C3B">
      <w:pPr>
        <w:spacing w:after="0"/>
        <w:rPr>
          <w:rFonts w:ascii="Verdana" w:hAnsi="Verdana"/>
          <w:sz w:val="22"/>
        </w:rPr>
      </w:pPr>
      <w:r w:rsidRPr="00D70C3B">
        <w:rPr>
          <w:rFonts w:ascii="Verdana" w:hAnsi="Verdana"/>
          <w:b/>
          <w:sz w:val="22"/>
        </w:rPr>
        <w:t>1.  Your details</w:t>
      </w:r>
    </w:p>
    <w:tbl>
      <w:tblPr>
        <w:tblStyle w:val="TableGrid"/>
        <w:tblW w:w="0" w:type="auto"/>
        <w:jc w:val="center"/>
        <w:tblLayout w:type="fixed"/>
        <w:tblLook w:val="04A0" w:firstRow="1" w:lastRow="0" w:firstColumn="1" w:lastColumn="0" w:noHBand="0" w:noVBand="1"/>
      </w:tblPr>
      <w:tblGrid>
        <w:gridCol w:w="4359"/>
        <w:gridCol w:w="5793"/>
      </w:tblGrid>
      <w:tr w:rsidR="008F1409" w:rsidRPr="00D70C3B" w14:paraId="03B7DFEA" w14:textId="77777777" w:rsidTr="00D70C3B">
        <w:trPr>
          <w:trHeight w:val="420"/>
          <w:jc w:val="center"/>
        </w:trPr>
        <w:tc>
          <w:tcPr>
            <w:tcW w:w="4359" w:type="dxa"/>
            <w:vAlign w:val="center"/>
          </w:tcPr>
          <w:p w14:paraId="25A057C2" w14:textId="77777777" w:rsidR="008F1409" w:rsidRPr="00D70C3B" w:rsidRDefault="00DD52E0" w:rsidP="00D70C3B">
            <w:pPr>
              <w:spacing w:after="0"/>
              <w:rPr>
                <w:rFonts w:ascii="Verdana" w:hAnsi="Verdana"/>
                <w:sz w:val="22"/>
              </w:rPr>
            </w:pPr>
            <w:r w:rsidRPr="00D70C3B">
              <w:rPr>
                <w:rFonts w:ascii="Verdana" w:hAnsi="Verdana"/>
                <w:b/>
                <w:sz w:val="22"/>
              </w:rPr>
              <w:t>Full name</w:t>
            </w:r>
          </w:p>
        </w:tc>
        <w:tc>
          <w:tcPr>
            <w:tcW w:w="5793" w:type="dxa"/>
            <w:vAlign w:val="center"/>
          </w:tcPr>
          <w:p w14:paraId="135374E3" w14:textId="0A74F8DD" w:rsidR="008F1409" w:rsidRPr="00D70C3B" w:rsidRDefault="000C0AE5" w:rsidP="00D70C3B">
            <w:pPr>
              <w:spacing w:after="0"/>
              <w:rPr>
                <w:rFonts w:ascii="Verdana" w:hAnsi="Verdana"/>
                <w:sz w:val="22"/>
              </w:rPr>
            </w:pPr>
            <w:r>
              <w:rPr>
                <w:rFonts w:ascii="Verdana" w:hAnsi="Verdana"/>
                <w:sz w:val="22"/>
              </w:rPr>
              <w:fldChar w:fldCharType="begin">
                <w:ffData>
                  <w:name w:val="Text1"/>
                  <w:enabled/>
                  <w:calcOnExit w:val="0"/>
                  <w:textInput>
                    <w:maxLength w:val="100"/>
                  </w:textInput>
                </w:ffData>
              </w:fldChar>
            </w:r>
            <w:bookmarkStart w:id="0" w:name="Text1"/>
            <w:r>
              <w:rPr>
                <w:rFonts w:ascii="Verdana" w:hAnsi="Verdana"/>
                <w:sz w:val="22"/>
              </w:rPr>
              <w:instrText xml:space="preserve"> FORMTEXT </w:instrText>
            </w:r>
            <w:r>
              <w:rPr>
                <w:rFonts w:ascii="Verdana" w:hAnsi="Verdana"/>
                <w:sz w:val="22"/>
              </w:rPr>
            </w:r>
            <w:r>
              <w:rPr>
                <w:rFonts w:ascii="Verdana" w:hAnsi="Verdana"/>
                <w:sz w:val="22"/>
              </w:rPr>
              <w:fldChar w:fldCharType="separate"/>
            </w:r>
            <w:r w:rsidR="0055767D">
              <w:rPr>
                <w:rFonts w:ascii="Verdana" w:hAnsi="Verdana"/>
                <w:sz w:val="22"/>
              </w:rPr>
              <w:t> </w:t>
            </w:r>
            <w:r w:rsidR="0055767D">
              <w:rPr>
                <w:rFonts w:ascii="Verdana" w:hAnsi="Verdana"/>
                <w:sz w:val="22"/>
              </w:rPr>
              <w:t> </w:t>
            </w:r>
            <w:r w:rsidR="0055767D">
              <w:rPr>
                <w:rFonts w:ascii="Verdana" w:hAnsi="Verdana"/>
                <w:sz w:val="22"/>
              </w:rPr>
              <w:t> </w:t>
            </w:r>
            <w:r w:rsidR="0055767D">
              <w:rPr>
                <w:rFonts w:ascii="Verdana" w:hAnsi="Verdana"/>
                <w:sz w:val="22"/>
              </w:rPr>
              <w:t> </w:t>
            </w:r>
            <w:r w:rsidR="0055767D">
              <w:rPr>
                <w:rFonts w:ascii="Verdana" w:hAnsi="Verdana"/>
                <w:sz w:val="22"/>
              </w:rPr>
              <w:t> </w:t>
            </w:r>
            <w:r>
              <w:rPr>
                <w:rFonts w:ascii="Verdana" w:hAnsi="Verdana"/>
                <w:sz w:val="22"/>
              </w:rPr>
              <w:fldChar w:fldCharType="end"/>
            </w:r>
            <w:bookmarkEnd w:id="0"/>
            <w:r w:rsidR="00DD52E0" w:rsidRPr="00D70C3B">
              <w:rPr>
                <w:rFonts w:ascii="Verdana" w:hAnsi="Verdana"/>
                <w:sz w:val="22"/>
              </w:rPr>
              <w:t xml:space="preserve"> </w:t>
            </w:r>
          </w:p>
        </w:tc>
      </w:tr>
      <w:tr w:rsidR="008F1409" w:rsidRPr="00D70C3B" w14:paraId="4F086A0E" w14:textId="77777777" w:rsidTr="00D70C3B">
        <w:trPr>
          <w:trHeight w:val="420"/>
          <w:jc w:val="center"/>
        </w:trPr>
        <w:tc>
          <w:tcPr>
            <w:tcW w:w="4359" w:type="dxa"/>
            <w:vAlign w:val="center"/>
          </w:tcPr>
          <w:p w14:paraId="4015D75E" w14:textId="77777777" w:rsidR="008F1409" w:rsidRPr="00D70C3B" w:rsidRDefault="00DD52E0" w:rsidP="00D70C3B">
            <w:pPr>
              <w:spacing w:after="0"/>
              <w:rPr>
                <w:rFonts w:ascii="Verdana" w:hAnsi="Verdana"/>
                <w:sz w:val="22"/>
              </w:rPr>
            </w:pPr>
            <w:r w:rsidRPr="00D70C3B">
              <w:rPr>
                <w:rFonts w:ascii="Verdana" w:hAnsi="Verdana"/>
                <w:b/>
                <w:sz w:val="22"/>
              </w:rPr>
              <w:t>Email address</w:t>
            </w:r>
          </w:p>
        </w:tc>
        <w:tc>
          <w:tcPr>
            <w:tcW w:w="5793" w:type="dxa"/>
            <w:vAlign w:val="center"/>
          </w:tcPr>
          <w:p w14:paraId="20F4164E" w14:textId="6FAE06E3" w:rsidR="008F1409" w:rsidRPr="00D70C3B" w:rsidRDefault="000C0AE5" w:rsidP="00D70C3B">
            <w:pPr>
              <w:spacing w:after="0"/>
              <w:rPr>
                <w:rFonts w:ascii="Verdana" w:hAnsi="Verdana"/>
                <w:sz w:val="22"/>
              </w:rPr>
            </w:pPr>
            <w:r>
              <w:rPr>
                <w:rFonts w:ascii="Verdana" w:hAnsi="Verdana"/>
                <w:sz w:val="22"/>
              </w:rPr>
              <w:fldChar w:fldCharType="begin">
                <w:ffData>
                  <w:name w:val=""/>
                  <w:enabled/>
                  <w:calcOnExit w:val="0"/>
                  <w:textInput>
                    <w:maxLength w:val="100"/>
                  </w:textInput>
                </w:ffData>
              </w:fldChar>
            </w:r>
            <w:r>
              <w:rPr>
                <w:rFonts w:ascii="Verdana" w:hAnsi="Verdana"/>
                <w:sz w:val="22"/>
              </w:rPr>
              <w:instrText xml:space="preserve"> FORMTEXT </w:instrText>
            </w:r>
            <w:r>
              <w:rPr>
                <w:rFonts w:ascii="Verdana" w:hAnsi="Verdana"/>
                <w:sz w:val="22"/>
              </w:rPr>
            </w:r>
            <w:r>
              <w:rPr>
                <w:rFonts w:ascii="Verdana" w:hAnsi="Verdana"/>
                <w:sz w:val="22"/>
              </w:rPr>
              <w:fldChar w:fldCharType="separate"/>
            </w:r>
            <w:r w:rsidR="0055767D">
              <w:rPr>
                <w:rFonts w:ascii="Verdana" w:hAnsi="Verdana"/>
                <w:sz w:val="22"/>
              </w:rPr>
              <w:t> </w:t>
            </w:r>
            <w:r w:rsidR="0055767D">
              <w:rPr>
                <w:rFonts w:ascii="Verdana" w:hAnsi="Verdana"/>
                <w:sz w:val="22"/>
              </w:rPr>
              <w:t> </w:t>
            </w:r>
            <w:r w:rsidR="0055767D">
              <w:rPr>
                <w:rFonts w:ascii="Verdana" w:hAnsi="Verdana"/>
                <w:sz w:val="22"/>
              </w:rPr>
              <w:t> </w:t>
            </w:r>
            <w:r w:rsidR="0055767D">
              <w:rPr>
                <w:rFonts w:ascii="Verdana" w:hAnsi="Verdana"/>
                <w:sz w:val="22"/>
              </w:rPr>
              <w:t> </w:t>
            </w:r>
            <w:r w:rsidR="0055767D">
              <w:rPr>
                <w:rFonts w:ascii="Verdana" w:hAnsi="Verdana"/>
                <w:sz w:val="22"/>
              </w:rPr>
              <w:t> </w:t>
            </w:r>
            <w:r>
              <w:rPr>
                <w:rFonts w:ascii="Verdana" w:hAnsi="Verdana"/>
                <w:sz w:val="22"/>
              </w:rPr>
              <w:fldChar w:fldCharType="end"/>
            </w:r>
          </w:p>
        </w:tc>
      </w:tr>
      <w:tr w:rsidR="008F1409" w:rsidRPr="00D70C3B" w14:paraId="36FC1AF8" w14:textId="77777777" w:rsidTr="00D70C3B">
        <w:trPr>
          <w:trHeight w:val="420"/>
          <w:jc w:val="center"/>
        </w:trPr>
        <w:tc>
          <w:tcPr>
            <w:tcW w:w="4359" w:type="dxa"/>
            <w:vAlign w:val="center"/>
          </w:tcPr>
          <w:p w14:paraId="10D96C03" w14:textId="77777777" w:rsidR="008F1409" w:rsidRPr="00D70C3B" w:rsidRDefault="00DD52E0" w:rsidP="00D70C3B">
            <w:pPr>
              <w:spacing w:after="0"/>
              <w:rPr>
                <w:rFonts w:ascii="Verdana" w:hAnsi="Verdana"/>
                <w:sz w:val="22"/>
              </w:rPr>
            </w:pPr>
            <w:r w:rsidRPr="00D70C3B">
              <w:rPr>
                <w:rFonts w:ascii="Verdana" w:hAnsi="Verdana"/>
                <w:b/>
                <w:sz w:val="22"/>
              </w:rPr>
              <w:t>Telephone number</w:t>
            </w:r>
          </w:p>
        </w:tc>
        <w:tc>
          <w:tcPr>
            <w:tcW w:w="5793" w:type="dxa"/>
            <w:vAlign w:val="center"/>
          </w:tcPr>
          <w:p w14:paraId="0011692A" w14:textId="0454408C" w:rsidR="008F1409" w:rsidRPr="00D70C3B" w:rsidRDefault="000C0AE5" w:rsidP="00D70C3B">
            <w:pPr>
              <w:spacing w:after="0"/>
              <w:rPr>
                <w:rFonts w:ascii="Verdana" w:hAnsi="Verdana"/>
                <w:sz w:val="22"/>
              </w:rPr>
            </w:pPr>
            <w:r>
              <w:rPr>
                <w:rFonts w:ascii="Verdana" w:hAnsi="Verdana"/>
                <w:sz w:val="22"/>
              </w:rPr>
              <w:fldChar w:fldCharType="begin">
                <w:ffData>
                  <w:name w:val=""/>
                  <w:enabled/>
                  <w:calcOnExit w:val="0"/>
                  <w:textInput>
                    <w:maxLength w:val="100"/>
                  </w:textInput>
                </w:ffData>
              </w:fldChar>
            </w:r>
            <w:r>
              <w:rPr>
                <w:rFonts w:ascii="Verdana" w:hAnsi="Verdana"/>
                <w:sz w:val="22"/>
              </w:rPr>
              <w:instrText xml:space="preserve"> FORMTEXT </w:instrText>
            </w:r>
            <w:r>
              <w:rPr>
                <w:rFonts w:ascii="Verdana" w:hAnsi="Verdana"/>
                <w:sz w:val="22"/>
              </w:rPr>
            </w:r>
            <w:r>
              <w:rPr>
                <w:rFonts w:ascii="Verdana" w:hAnsi="Verdana"/>
                <w:sz w:val="22"/>
              </w:rPr>
              <w:fldChar w:fldCharType="separate"/>
            </w:r>
            <w:r w:rsidR="0055767D">
              <w:rPr>
                <w:rFonts w:ascii="Verdana" w:hAnsi="Verdana"/>
                <w:sz w:val="22"/>
              </w:rPr>
              <w:t> </w:t>
            </w:r>
            <w:r w:rsidR="0055767D">
              <w:rPr>
                <w:rFonts w:ascii="Verdana" w:hAnsi="Verdana"/>
                <w:sz w:val="22"/>
              </w:rPr>
              <w:t> </w:t>
            </w:r>
            <w:r w:rsidR="0055767D">
              <w:rPr>
                <w:rFonts w:ascii="Verdana" w:hAnsi="Verdana"/>
                <w:sz w:val="22"/>
              </w:rPr>
              <w:t> </w:t>
            </w:r>
            <w:r w:rsidR="0055767D">
              <w:rPr>
                <w:rFonts w:ascii="Verdana" w:hAnsi="Verdana"/>
                <w:sz w:val="22"/>
              </w:rPr>
              <w:t> </w:t>
            </w:r>
            <w:r w:rsidR="0055767D">
              <w:rPr>
                <w:rFonts w:ascii="Verdana" w:hAnsi="Verdana"/>
                <w:sz w:val="22"/>
              </w:rPr>
              <w:t> </w:t>
            </w:r>
            <w:r>
              <w:rPr>
                <w:rFonts w:ascii="Verdana" w:hAnsi="Verdana"/>
                <w:sz w:val="22"/>
              </w:rPr>
              <w:fldChar w:fldCharType="end"/>
            </w:r>
            <w:r w:rsidR="005C7158" w:rsidRPr="00D70C3B">
              <w:rPr>
                <w:rFonts w:ascii="Verdana" w:hAnsi="Verdana"/>
                <w:sz w:val="22"/>
              </w:rPr>
              <w:t xml:space="preserve"> </w:t>
            </w:r>
            <w:r w:rsidR="00DD52E0" w:rsidRPr="00D70C3B">
              <w:rPr>
                <w:rFonts w:ascii="Verdana" w:hAnsi="Verdana"/>
                <w:sz w:val="22"/>
              </w:rPr>
              <w:t xml:space="preserve"> </w:t>
            </w:r>
          </w:p>
        </w:tc>
      </w:tr>
    </w:tbl>
    <w:p w14:paraId="4E3E78D8" w14:textId="77777777" w:rsidR="00D70C3B" w:rsidRDefault="00D70C3B" w:rsidP="00D70C3B">
      <w:pPr>
        <w:spacing w:after="0"/>
        <w:rPr>
          <w:rFonts w:ascii="Verdana" w:hAnsi="Verdana"/>
          <w:b/>
          <w:sz w:val="22"/>
        </w:rPr>
      </w:pPr>
    </w:p>
    <w:p w14:paraId="00A3641B" w14:textId="4B3F1611" w:rsidR="008F1409" w:rsidRPr="00D70C3B" w:rsidRDefault="00DD52E0" w:rsidP="00D70C3B">
      <w:pPr>
        <w:spacing w:after="0"/>
        <w:rPr>
          <w:rFonts w:ascii="Verdana" w:hAnsi="Verdana"/>
          <w:sz w:val="22"/>
        </w:rPr>
      </w:pPr>
      <w:r w:rsidRPr="00D70C3B">
        <w:rPr>
          <w:rFonts w:ascii="Verdana" w:hAnsi="Verdana"/>
          <w:b/>
          <w:sz w:val="22"/>
        </w:rPr>
        <w:t>2.  Your Access to HE provision</w:t>
      </w:r>
    </w:p>
    <w:tbl>
      <w:tblPr>
        <w:tblStyle w:val="TableGrid"/>
        <w:tblW w:w="0" w:type="auto"/>
        <w:jc w:val="center"/>
        <w:tblLayout w:type="fixed"/>
        <w:tblLook w:val="04A0" w:firstRow="1" w:lastRow="0" w:firstColumn="1" w:lastColumn="0" w:noHBand="0" w:noVBand="1"/>
      </w:tblPr>
      <w:tblGrid>
        <w:gridCol w:w="4359"/>
        <w:gridCol w:w="5793"/>
      </w:tblGrid>
      <w:tr w:rsidR="008F1409" w:rsidRPr="00D70C3B" w14:paraId="4A9B049D" w14:textId="77777777" w:rsidTr="00D70C3B">
        <w:trPr>
          <w:trHeight w:val="420"/>
          <w:jc w:val="center"/>
        </w:trPr>
        <w:tc>
          <w:tcPr>
            <w:tcW w:w="4359" w:type="dxa"/>
            <w:vAlign w:val="center"/>
          </w:tcPr>
          <w:p w14:paraId="17440FEA" w14:textId="77777777" w:rsidR="008F1409" w:rsidRPr="00D70C3B" w:rsidRDefault="00DD52E0" w:rsidP="00D70C3B">
            <w:pPr>
              <w:spacing w:after="0"/>
              <w:rPr>
                <w:rFonts w:ascii="Verdana" w:hAnsi="Verdana"/>
                <w:sz w:val="22"/>
              </w:rPr>
            </w:pPr>
            <w:r w:rsidRPr="00D70C3B">
              <w:rPr>
                <w:rFonts w:ascii="Verdana" w:hAnsi="Verdana"/>
                <w:b/>
                <w:sz w:val="22"/>
              </w:rPr>
              <w:t>Provider name</w:t>
            </w:r>
          </w:p>
        </w:tc>
        <w:tc>
          <w:tcPr>
            <w:tcW w:w="5793" w:type="dxa"/>
            <w:vAlign w:val="center"/>
          </w:tcPr>
          <w:p w14:paraId="29234F04" w14:textId="16FBF8F8" w:rsidR="008F1409" w:rsidRPr="00D70C3B" w:rsidRDefault="000C0AE5" w:rsidP="00D70C3B">
            <w:pPr>
              <w:spacing w:after="0"/>
              <w:rPr>
                <w:rFonts w:ascii="Verdana" w:hAnsi="Verdana"/>
                <w:sz w:val="22"/>
              </w:rPr>
            </w:pPr>
            <w:r>
              <w:rPr>
                <w:rFonts w:ascii="Verdana" w:hAnsi="Verdana"/>
                <w:sz w:val="22"/>
              </w:rPr>
              <w:fldChar w:fldCharType="begin">
                <w:ffData>
                  <w:name w:val=""/>
                  <w:enabled/>
                  <w:calcOnExit w:val="0"/>
                  <w:textInput>
                    <w:maxLength w:val="100"/>
                  </w:textInput>
                </w:ffData>
              </w:fldChar>
            </w:r>
            <w:r>
              <w:rPr>
                <w:rFonts w:ascii="Verdana" w:hAnsi="Verdana"/>
                <w:sz w:val="22"/>
              </w:rPr>
              <w:instrText xml:space="preserve"> FORMTEXT </w:instrText>
            </w:r>
            <w:r>
              <w:rPr>
                <w:rFonts w:ascii="Verdana" w:hAnsi="Verdana"/>
                <w:sz w:val="22"/>
              </w:rPr>
            </w:r>
            <w:r>
              <w:rPr>
                <w:rFonts w:ascii="Verdana" w:hAnsi="Verdana"/>
                <w:sz w:val="22"/>
              </w:rPr>
              <w:fldChar w:fldCharType="separate"/>
            </w:r>
            <w:r w:rsidR="0055767D">
              <w:rPr>
                <w:rFonts w:ascii="Verdana" w:hAnsi="Verdana"/>
                <w:sz w:val="22"/>
              </w:rPr>
              <w:t> </w:t>
            </w:r>
            <w:r w:rsidR="0055767D">
              <w:rPr>
                <w:rFonts w:ascii="Verdana" w:hAnsi="Verdana"/>
                <w:sz w:val="22"/>
              </w:rPr>
              <w:t> </w:t>
            </w:r>
            <w:r w:rsidR="0055767D">
              <w:rPr>
                <w:rFonts w:ascii="Verdana" w:hAnsi="Verdana"/>
                <w:sz w:val="22"/>
              </w:rPr>
              <w:t> </w:t>
            </w:r>
            <w:r w:rsidR="0055767D">
              <w:rPr>
                <w:rFonts w:ascii="Verdana" w:hAnsi="Verdana"/>
                <w:sz w:val="22"/>
              </w:rPr>
              <w:t> </w:t>
            </w:r>
            <w:r w:rsidR="0055767D">
              <w:rPr>
                <w:rFonts w:ascii="Verdana" w:hAnsi="Verdana"/>
                <w:sz w:val="22"/>
              </w:rPr>
              <w:t> </w:t>
            </w:r>
            <w:r>
              <w:rPr>
                <w:rFonts w:ascii="Verdana" w:hAnsi="Verdana"/>
                <w:sz w:val="22"/>
              </w:rPr>
              <w:fldChar w:fldCharType="end"/>
            </w:r>
            <w:r w:rsidR="005C7158" w:rsidRPr="00D70C3B">
              <w:rPr>
                <w:rFonts w:ascii="Verdana" w:hAnsi="Verdana"/>
                <w:sz w:val="22"/>
              </w:rPr>
              <w:t xml:space="preserve"> </w:t>
            </w:r>
            <w:r w:rsidR="00DD52E0" w:rsidRPr="00D70C3B">
              <w:rPr>
                <w:rFonts w:ascii="Verdana" w:hAnsi="Verdana"/>
                <w:sz w:val="22"/>
              </w:rPr>
              <w:t xml:space="preserve"> </w:t>
            </w:r>
          </w:p>
        </w:tc>
      </w:tr>
      <w:tr w:rsidR="008F1409" w:rsidRPr="00D70C3B" w14:paraId="0A732FDC" w14:textId="77777777" w:rsidTr="00D70C3B">
        <w:trPr>
          <w:trHeight w:val="420"/>
          <w:jc w:val="center"/>
        </w:trPr>
        <w:tc>
          <w:tcPr>
            <w:tcW w:w="4359" w:type="dxa"/>
            <w:vAlign w:val="center"/>
          </w:tcPr>
          <w:p w14:paraId="380CC70D" w14:textId="77777777" w:rsidR="008F1409" w:rsidRPr="00D70C3B" w:rsidRDefault="00DD52E0" w:rsidP="00D70C3B">
            <w:pPr>
              <w:spacing w:after="0"/>
              <w:rPr>
                <w:rFonts w:ascii="Verdana" w:hAnsi="Verdana"/>
                <w:sz w:val="22"/>
              </w:rPr>
            </w:pPr>
            <w:r w:rsidRPr="00D70C3B">
              <w:rPr>
                <w:rFonts w:ascii="Verdana" w:hAnsi="Verdana"/>
                <w:b/>
                <w:sz w:val="22"/>
              </w:rPr>
              <w:t>Access to HE Diploma title</w:t>
            </w:r>
          </w:p>
        </w:tc>
        <w:tc>
          <w:tcPr>
            <w:tcW w:w="5793" w:type="dxa"/>
            <w:vAlign w:val="center"/>
          </w:tcPr>
          <w:p w14:paraId="5D3D0EF2" w14:textId="7A1169F2" w:rsidR="008F1409" w:rsidRPr="00D70C3B" w:rsidRDefault="000C0AE5" w:rsidP="00D70C3B">
            <w:pPr>
              <w:spacing w:after="0"/>
              <w:rPr>
                <w:rFonts w:ascii="Verdana" w:hAnsi="Verdana"/>
                <w:sz w:val="22"/>
              </w:rPr>
            </w:pPr>
            <w:r>
              <w:rPr>
                <w:rFonts w:ascii="Verdana" w:hAnsi="Verdana"/>
                <w:sz w:val="22"/>
              </w:rPr>
              <w:fldChar w:fldCharType="begin">
                <w:ffData>
                  <w:name w:val=""/>
                  <w:enabled/>
                  <w:calcOnExit w:val="0"/>
                  <w:textInput>
                    <w:maxLength w:val="100"/>
                  </w:textInput>
                </w:ffData>
              </w:fldChar>
            </w:r>
            <w:r>
              <w:rPr>
                <w:rFonts w:ascii="Verdana" w:hAnsi="Verdana"/>
                <w:sz w:val="22"/>
              </w:rPr>
              <w:instrText xml:space="preserve"> FORMTEXT </w:instrText>
            </w:r>
            <w:r>
              <w:rPr>
                <w:rFonts w:ascii="Verdana" w:hAnsi="Verdana"/>
                <w:sz w:val="22"/>
              </w:rPr>
            </w:r>
            <w:r>
              <w:rPr>
                <w:rFonts w:ascii="Verdana" w:hAnsi="Verdana"/>
                <w:sz w:val="22"/>
              </w:rPr>
              <w:fldChar w:fldCharType="separate"/>
            </w:r>
            <w:r w:rsidR="0055767D">
              <w:rPr>
                <w:rFonts w:ascii="Verdana" w:hAnsi="Verdana"/>
                <w:sz w:val="22"/>
              </w:rPr>
              <w:t> </w:t>
            </w:r>
            <w:r w:rsidR="0055767D">
              <w:rPr>
                <w:rFonts w:ascii="Verdana" w:hAnsi="Verdana"/>
                <w:sz w:val="22"/>
              </w:rPr>
              <w:t> </w:t>
            </w:r>
            <w:r w:rsidR="0055767D">
              <w:rPr>
                <w:rFonts w:ascii="Verdana" w:hAnsi="Verdana"/>
                <w:sz w:val="22"/>
              </w:rPr>
              <w:t> </w:t>
            </w:r>
            <w:r w:rsidR="0055767D">
              <w:rPr>
                <w:rFonts w:ascii="Verdana" w:hAnsi="Verdana"/>
                <w:sz w:val="22"/>
              </w:rPr>
              <w:t> </w:t>
            </w:r>
            <w:r w:rsidR="0055767D">
              <w:rPr>
                <w:rFonts w:ascii="Verdana" w:hAnsi="Verdana"/>
                <w:sz w:val="22"/>
              </w:rPr>
              <w:t> </w:t>
            </w:r>
            <w:r>
              <w:rPr>
                <w:rFonts w:ascii="Verdana" w:hAnsi="Verdana"/>
                <w:sz w:val="22"/>
              </w:rPr>
              <w:fldChar w:fldCharType="end"/>
            </w:r>
            <w:r w:rsidR="005C7158" w:rsidRPr="00D70C3B">
              <w:rPr>
                <w:rFonts w:ascii="Verdana" w:hAnsi="Verdana"/>
                <w:sz w:val="22"/>
              </w:rPr>
              <w:t xml:space="preserve"> </w:t>
            </w:r>
            <w:r w:rsidR="00DD52E0" w:rsidRPr="00D70C3B">
              <w:rPr>
                <w:rFonts w:ascii="Verdana" w:hAnsi="Verdana"/>
                <w:sz w:val="22"/>
              </w:rPr>
              <w:t xml:space="preserve"> </w:t>
            </w:r>
          </w:p>
        </w:tc>
      </w:tr>
      <w:tr w:rsidR="008F1409" w:rsidRPr="00D70C3B" w14:paraId="136EBBE7" w14:textId="77777777" w:rsidTr="00D70C3B">
        <w:trPr>
          <w:trHeight w:val="420"/>
          <w:jc w:val="center"/>
        </w:trPr>
        <w:tc>
          <w:tcPr>
            <w:tcW w:w="4359" w:type="dxa"/>
            <w:vAlign w:val="center"/>
          </w:tcPr>
          <w:p w14:paraId="7FFFCB82" w14:textId="77777777" w:rsidR="008F1409" w:rsidRPr="00D70C3B" w:rsidRDefault="00DD52E0" w:rsidP="00D70C3B">
            <w:pPr>
              <w:spacing w:after="0"/>
              <w:rPr>
                <w:rFonts w:ascii="Verdana" w:hAnsi="Verdana"/>
                <w:sz w:val="22"/>
              </w:rPr>
            </w:pPr>
            <w:r w:rsidRPr="00D70C3B">
              <w:rPr>
                <w:rFonts w:ascii="Verdana" w:hAnsi="Verdana"/>
                <w:b/>
                <w:sz w:val="22"/>
              </w:rPr>
              <w:t>Current student / former student</w:t>
            </w:r>
          </w:p>
        </w:tc>
        <w:tc>
          <w:tcPr>
            <w:tcW w:w="5793" w:type="dxa"/>
            <w:vAlign w:val="center"/>
          </w:tcPr>
          <w:p w14:paraId="132F2A19" w14:textId="4F8DDF75" w:rsidR="008F1409" w:rsidRPr="00D70C3B" w:rsidRDefault="000C0AE5" w:rsidP="00D70C3B">
            <w:pPr>
              <w:spacing w:after="0"/>
              <w:rPr>
                <w:rFonts w:ascii="Verdana" w:hAnsi="Verdana"/>
                <w:sz w:val="22"/>
              </w:rPr>
            </w:pPr>
            <w:r>
              <w:rPr>
                <w:rFonts w:ascii="Verdana" w:hAnsi="Verdana"/>
                <w:sz w:val="22"/>
              </w:rPr>
              <w:fldChar w:fldCharType="begin">
                <w:ffData>
                  <w:name w:val=""/>
                  <w:enabled/>
                  <w:calcOnExit w:val="0"/>
                  <w:textInput>
                    <w:maxLength w:val="30"/>
                  </w:textInput>
                </w:ffData>
              </w:fldChar>
            </w:r>
            <w:r>
              <w:rPr>
                <w:rFonts w:ascii="Verdana" w:hAnsi="Verdana"/>
                <w:sz w:val="22"/>
              </w:rPr>
              <w:instrText xml:space="preserve"> FORMTEXT </w:instrText>
            </w:r>
            <w:r>
              <w:rPr>
                <w:rFonts w:ascii="Verdana" w:hAnsi="Verdana"/>
                <w:sz w:val="22"/>
              </w:rPr>
            </w:r>
            <w:r>
              <w:rPr>
                <w:rFonts w:ascii="Verdana" w:hAnsi="Verdana"/>
                <w:sz w:val="22"/>
              </w:rPr>
              <w:fldChar w:fldCharType="separate"/>
            </w:r>
            <w:r w:rsidR="0055767D">
              <w:rPr>
                <w:rFonts w:ascii="Verdana" w:hAnsi="Verdana"/>
                <w:sz w:val="22"/>
              </w:rPr>
              <w:t> </w:t>
            </w:r>
            <w:r w:rsidR="0055767D">
              <w:rPr>
                <w:rFonts w:ascii="Verdana" w:hAnsi="Verdana"/>
                <w:sz w:val="22"/>
              </w:rPr>
              <w:t> </w:t>
            </w:r>
            <w:r w:rsidR="0055767D">
              <w:rPr>
                <w:rFonts w:ascii="Verdana" w:hAnsi="Verdana"/>
                <w:sz w:val="22"/>
              </w:rPr>
              <w:t> </w:t>
            </w:r>
            <w:r w:rsidR="0055767D">
              <w:rPr>
                <w:rFonts w:ascii="Verdana" w:hAnsi="Verdana"/>
                <w:sz w:val="22"/>
              </w:rPr>
              <w:t> </w:t>
            </w:r>
            <w:r w:rsidR="0055767D">
              <w:rPr>
                <w:rFonts w:ascii="Verdana" w:hAnsi="Verdana"/>
                <w:sz w:val="22"/>
              </w:rPr>
              <w:t> </w:t>
            </w:r>
            <w:r>
              <w:rPr>
                <w:rFonts w:ascii="Verdana" w:hAnsi="Verdana"/>
                <w:sz w:val="22"/>
              </w:rPr>
              <w:fldChar w:fldCharType="end"/>
            </w:r>
          </w:p>
        </w:tc>
      </w:tr>
    </w:tbl>
    <w:p w14:paraId="481B059E" w14:textId="77777777" w:rsidR="00D70C3B" w:rsidRDefault="00D70C3B" w:rsidP="00D70C3B">
      <w:pPr>
        <w:spacing w:after="0"/>
        <w:rPr>
          <w:rFonts w:ascii="Verdana" w:hAnsi="Verdana"/>
          <w:b/>
          <w:sz w:val="22"/>
        </w:rPr>
      </w:pPr>
    </w:p>
    <w:p w14:paraId="1A2B56F3" w14:textId="4DAEDB2C" w:rsidR="008F1409" w:rsidRPr="00D70C3B" w:rsidRDefault="00DD52E0" w:rsidP="00D70C3B">
      <w:pPr>
        <w:spacing w:after="0"/>
        <w:rPr>
          <w:rFonts w:ascii="Verdana" w:hAnsi="Verdana"/>
          <w:sz w:val="22"/>
        </w:rPr>
      </w:pPr>
      <w:r w:rsidRPr="00D70C3B">
        <w:rPr>
          <w:rFonts w:ascii="Verdana" w:hAnsi="Verdana"/>
          <w:b/>
          <w:sz w:val="22"/>
        </w:rPr>
        <w:t>3.  Your complaint</w:t>
      </w:r>
    </w:p>
    <w:p w14:paraId="0BB36D71" w14:textId="43965210" w:rsidR="008F1409" w:rsidRPr="00D70C3B" w:rsidRDefault="00DD52E0" w:rsidP="00D70C3B">
      <w:pPr>
        <w:spacing w:after="0"/>
        <w:rPr>
          <w:rFonts w:ascii="Verdana" w:hAnsi="Verdana"/>
          <w:bCs/>
          <w:sz w:val="22"/>
        </w:rPr>
      </w:pPr>
      <w:r w:rsidRPr="00D70C3B">
        <w:rPr>
          <w:rFonts w:ascii="Verdana" w:hAnsi="Verdana"/>
          <w:bCs/>
          <w:sz w:val="22"/>
        </w:rPr>
        <w:t>Please briefly describe what your complaint is about, including any relevant dates or people involved</w:t>
      </w:r>
      <w:r w:rsidR="00D70C3B" w:rsidRPr="00D70C3B">
        <w:rPr>
          <w:rFonts w:ascii="Verdana" w:hAnsi="Verdana"/>
          <w:bCs/>
          <w:sz w:val="22"/>
        </w:rPr>
        <w:t xml:space="preserve"> (</w:t>
      </w:r>
      <w:r w:rsidR="00D70C3B" w:rsidRPr="00D70C3B">
        <w:rPr>
          <w:rFonts w:ascii="Verdana" w:hAnsi="Verdana"/>
          <w:bCs/>
          <w:i/>
          <w:iCs/>
          <w:sz w:val="22"/>
        </w:rPr>
        <w:t>No more the 250 characters</w:t>
      </w:r>
      <w:r w:rsidR="00D70C3B" w:rsidRPr="00D70C3B">
        <w:rPr>
          <w:rFonts w:ascii="Verdana" w:hAnsi="Verdana"/>
          <w:bCs/>
          <w:sz w:val="22"/>
        </w:rPr>
        <w:t>)</w:t>
      </w:r>
      <w:r w:rsidRPr="00D70C3B">
        <w:rPr>
          <w:rFonts w:ascii="Verdana" w:hAnsi="Verdana"/>
          <w:bCs/>
          <w:sz w:val="22"/>
        </w:rPr>
        <w:t>.</w:t>
      </w:r>
    </w:p>
    <w:tbl>
      <w:tblPr>
        <w:tblStyle w:val="TableGrid"/>
        <w:tblW w:w="0" w:type="auto"/>
        <w:tblInd w:w="-5" w:type="dxa"/>
        <w:tblLook w:val="04A0" w:firstRow="1" w:lastRow="0" w:firstColumn="1" w:lastColumn="0" w:noHBand="0" w:noVBand="1"/>
      </w:tblPr>
      <w:tblGrid>
        <w:gridCol w:w="10193"/>
      </w:tblGrid>
      <w:tr w:rsidR="008F1409" w:rsidRPr="00D70C3B" w14:paraId="534DB29B" w14:textId="77777777" w:rsidTr="005E2182">
        <w:trPr>
          <w:trHeight w:val="1500"/>
        </w:trPr>
        <w:tc>
          <w:tcPr>
            <w:tcW w:w="10193" w:type="dxa"/>
          </w:tcPr>
          <w:p w14:paraId="7D7A2E43" w14:textId="07265602" w:rsidR="008F1409" w:rsidRPr="00D70C3B" w:rsidRDefault="000C0AE5" w:rsidP="00D70C3B">
            <w:pPr>
              <w:spacing w:after="0"/>
              <w:rPr>
                <w:rFonts w:ascii="Verdana" w:hAnsi="Verdana"/>
                <w:sz w:val="22"/>
              </w:rPr>
            </w:pPr>
            <w:r>
              <w:rPr>
                <w:rFonts w:ascii="Verdana" w:hAnsi="Verdana"/>
                <w:sz w:val="22"/>
              </w:rPr>
              <w:fldChar w:fldCharType="begin">
                <w:ffData>
                  <w:name w:val=""/>
                  <w:enabled/>
                  <w:calcOnExit w:val="0"/>
                  <w:textInput>
                    <w:maxLength w:val="250"/>
                  </w:textInput>
                </w:ffData>
              </w:fldChar>
            </w:r>
            <w:r>
              <w:rPr>
                <w:rFonts w:ascii="Verdana" w:hAnsi="Verdana"/>
                <w:sz w:val="22"/>
              </w:rPr>
              <w:instrText xml:space="preserve"> FORMTEXT </w:instrText>
            </w:r>
            <w:r>
              <w:rPr>
                <w:rFonts w:ascii="Verdana" w:hAnsi="Verdana"/>
                <w:sz w:val="22"/>
              </w:rPr>
            </w:r>
            <w:r>
              <w:rPr>
                <w:rFonts w:ascii="Verdana" w:hAnsi="Verdana"/>
                <w:sz w:val="22"/>
              </w:rPr>
              <w:fldChar w:fldCharType="separate"/>
            </w:r>
            <w:r w:rsidR="0055767D">
              <w:rPr>
                <w:rFonts w:ascii="Verdana" w:hAnsi="Verdana"/>
                <w:sz w:val="22"/>
              </w:rPr>
              <w:t> </w:t>
            </w:r>
            <w:r w:rsidR="0055767D">
              <w:rPr>
                <w:rFonts w:ascii="Verdana" w:hAnsi="Verdana"/>
                <w:sz w:val="22"/>
              </w:rPr>
              <w:t> </w:t>
            </w:r>
            <w:r w:rsidR="0055767D">
              <w:rPr>
                <w:rFonts w:ascii="Verdana" w:hAnsi="Verdana"/>
                <w:sz w:val="22"/>
              </w:rPr>
              <w:t> </w:t>
            </w:r>
            <w:r w:rsidR="0055767D">
              <w:rPr>
                <w:rFonts w:ascii="Verdana" w:hAnsi="Verdana"/>
                <w:sz w:val="22"/>
              </w:rPr>
              <w:t> </w:t>
            </w:r>
            <w:r w:rsidR="0055767D">
              <w:rPr>
                <w:rFonts w:ascii="Verdana" w:hAnsi="Verdana"/>
                <w:sz w:val="22"/>
              </w:rPr>
              <w:t> </w:t>
            </w:r>
            <w:r>
              <w:rPr>
                <w:rFonts w:ascii="Verdana" w:hAnsi="Verdana"/>
                <w:sz w:val="22"/>
              </w:rPr>
              <w:fldChar w:fldCharType="end"/>
            </w:r>
            <w:r w:rsidR="00DD52E0" w:rsidRPr="00D70C3B">
              <w:rPr>
                <w:rFonts w:ascii="Verdana" w:hAnsi="Verdana"/>
                <w:sz w:val="22"/>
              </w:rPr>
              <w:br/>
            </w:r>
            <w:r w:rsidR="00DD52E0" w:rsidRPr="00D70C3B">
              <w:rPr>
                <w:rFonts w:ascii="Verdana" w:hAnsi="Verdana"/>
                <w:sz w:val="22"/>
              </w:rPr>
              <w:br/>
            </w:r>
            <w:r w:rsidR="00DD52E0" w:rsidRPr="00D70C3B">
              <w:rPr>
                <w:rFonts w:ascii="Verdana" w:hAnsi="Verdana"/>
                <w:sz w:val="22"/>
              </w:rPr>
              <w:br/>
            </w:r>
            <w:r w:rsidR="00DD52E0" w:rsidRPr="00D70C3B">
              <w:rPr>
                <w:rFonts w:ascii="Verdana" w:hAnsi="Verdana"/>
                <w:sz w:val="22"/>
              </w:rPr>
              <w:br/>
            </w:r>
          </w:p>
        </w:tc>
      </w:tr>
    </w:tbl>
    <w:p w14:paraId="30AB728C" w14:textId="77777777" w:rsidR="00D70C3B" w:rsidRDefault="00D70C3B" w:rsidP="00D70C3B">
      <w:pPr>
        <w:spacing w:after="0"/>
        <w:rPr>
          <w:rFonts w:ascii="Verdana" w:hAnsi="Verdana"/>
          <w:b/>
          <w:sz w:val="22"/>
        </w:rPr>
      </w:pPr>
    </w:p>
    <w:p w14:paraId="66C9BE4C" w14:textId="4FB3680C" w:rsidR="008F1409" w:rsidRPr="00D70C3B" w:rsidRDefault="00DD52E0" w:rsidP="00D70C3B">
      <w:pPr>
        <w:spacing w:after="0"/>
        <w:rPr>
          <w:rFonts w:ascii="Verdana" w:hAnsi="Verdana"/>
          <w:sz w:val="22"/>
        </w:rPr>
      </w:pPr>
      <w:r w:rsidRPr="00D70C3B">
        <w:rPr>
          <w:rFonts w:ascii="Verdana" w:hAnsi="Verdana"/>
          <w:b/>
          <w:sz w:val="22"/>
        </w:rPr>
        <w:t>4.  What have you already done?</w:t>
      </w:r>
    </w:p>
    <w:p w14:paraId="64964937" w14:textId="77777777" w:rsidR="008F1409" w:rsidRDefault="00DD52E0" w:rsidP="00D70C3B">
      <w:pPr>
        <w:spacing w:after="0"/>
        <w:rPr>
          <w:rFonts w:ascii="Verdana" w:hAnsi="Verdana"/>
          <w:bCs/>
          <w:sz w:val="22"/>
        </w:rPr>
      </w:pPr>
      <w:r w:rsidRPr="00D70C3B">
        <w:rPr>
          <w:rFonts w:ascii="Verdana" w:hAnsi="Verdana"/>
          <w:bCs/>
          <w:sz w:val="22"/>
        </w:rPr>
        <w:t>Have you raised this complaint with your Provider through its complaints procedure?  Please tick one box.</w:t>
      </w:r>
    </w:p>
    <w:p w14:paraId="7483BA7D" w14:textId="2960AC04" w:rsidR="008F1409" w:rsidRPr="00D70C3B" w:rsidRDefault="004B08AE" w:rsidP="00D70C3B">
      <w:pPr>
        <w:spacing w:after="0"/>
        <w:rPr>
          <w:rFonts w:ascii="Verdana" w:hAnsi="Verdana"/>
          <w:sz w:val="22"/>
        </w:rPr>
      </w:pPr>
      <w:r>
        <w:rPr>
          <w:rFonts w:ascii="Verdana" w:hAnsi="Verdana"/>
          <w:sz w:val="22"/>
        </w:rPr>
        <w:fldChar w:fldCharType="begin">
          <w:ffData>
            <w:name w:val="Check1"/>
            <w:enabled/>
            <w:calcOnExit w:val="0"/>
            <w:checkBox>
              <w:sizeAuto/>
              <w:default w:val="0"/>
              <w:checked w:val="0"/>
            </w:checkBox>
          </w:ffData>
        </w:fldChar>
      </w:r>
      <w:bookmarkStart w:id="1" w:name="Check1"/>
      <w:r>
        <w:rPr>
          <w:rFonts w:ascii="Verdana" w:hAnsi="Verdana"/>
          <w:sz w:val="22"/>
        </w:rPr>
        <w:instrText xml:space="preserve"> FORMCHECKBOX </w:instrText>
      </w:r>
      <w:r w:rsidR="0055767D">
        <w:rPr>
          <w:rFonts w:ascii="Verdana" w:hAnsi="Verdana"/>
          <w:sz w:val="22"/>
        </w:rPr>
      </w:r>
      <w:r>
        <w:rPr>
          <w:rFonts w:ascii="Verdana" w:hAnsi="Verdana"/>
          <w:sz w:val="22"/>
        </w:rPr>
        <w:fldChar w:fldCharType="separate"/>
      </w:r>
      <w:r>
        <w:rPr>
          <w:rFonts w:ascii="Verdana" w:hAnsi="Verdana"/>
          <w:sz w:val="22"/>
        </w:rPr>
        <w:fldChar w:fldCharType="end"/>
      </w:r>
      <w:bookmarkEnd w:id="1"/>
      <w:r>
        <w:rPr>
          <w:rFonts w:ascii="Verdana" w:hAnsi="Verdana"/>
          <w:sz w:val="22"/>
        </w:rPr>
        <w:t xml:space="preserve"> </w:t>
      </w:r>
      <w:r w:rsidRPr="00D70C3B">
        <w:rPr>
          <w:rFonts w:ascii="Verdana" w:hAnsi="Verdana"/>
          <w:sz w:val="22"/>
        </w:rPr>
        <w:t xml:space="preserve">Yes      </w:t>
      </w:r>
      <w:r>
        <w:rPr>
          <w:rFonts w:ascii="Verdana" w:hAnsi="Verdana"/>
          <w:sz w:val="22"/>
        </w:rPr>
        <w:fldChar w:fldCharType="begin">
          <w:ffData>
            <w:name w:val="Check2"/>
            <w:enabled/>
            <w:calcOnExit w:val="0"/>
            <w:checkBox>
              <w:sizeAuto/>
              <w:default w:val="0"/>
              <w:checked w:val="0"/>
            </w:checkBox>
          </w:ffData>
        </w:fldChar>
      </w:r>
      <w:bookmarkStart w:id="2" w:name="Check2"/>
      <w:r>
        <w:rPr>
          <w:rFonts w:ascii="Verdana" w:hAnsi="Verdana"/>
          <w:sz w:val="22"/>
        </w:rPr>
        <w:instrText xml:space="preserve"> FORMCHECKBOX </w:instrText>
      </w:r>
      <w:r>
        <w:rPr>
          <w:rFonts w:ascii="Verdana" w:hAnsi="Verdana"/>
          <w:sz w:val="22"/>
        </w:rPr>
      </w:r>
      <w:r>
        <w:rPr>
          <w:rFonts w:ascii="Verdana" w:hAnsi="Verdana"/>
          <w:sz w:val="22"/>
        </w:rPr>
        <w:fldChar w:fldCharType="separate"/>
      </w:r>
      <w:r>
        <w:rPr>
          <w:rFonts w:ascii="Verdana" w:hAnsi="Verdana"/>
          <w:sz w:val="22"/>
        </w:rPr>
        <w:fldChar w:fldCharType="end"/>
      </w:r>
      <w:bookmarkEnd w:id="2"/>
      <w:r>
        <w:rPr>
          <w:rFonts w:ascii="Verdana" w:hAnsi="Verdana"/>
          <w:sz w:val="22"/>
        </w:rPr>
        <w:t xml:space="preserve"> </w:t>
      </w:r>
      <w:r w:rsidRPr="00D70C3B">
        <w:rPr>
          <w:rFonts w:ascii="Verdana" w:hAnsi="Verdana"/>
          <w:sz w:val="22"/>
        </w:rPr>
        <w:t xml:space="preserve">No     </w:t>
      </w:r>
      <w:r>
        <w:rPr>
          <w:rFonts w:ascii="Verdana" w:hAnsi="Verdana"/>
          <w:sz w:val="22"/>
        </w:rPr>
        <w:fldChar w:fldCharType="begin">
          <w:ffData>
            <w:name w:val="Check3"/>
            <w:enabled/>
            <w:calcOnExit w:val="0"/>
            <w:checkBox>
              <w:sizeAuto/>
              <w:default w:val="0"/>
              <w:checked w:val="0"/>
            </w:checkBox>
          </w:ffData>
        </w:fldChar>
      </w:r>
      <w:bookmarkStart w:id="3" w:name="Check3"/>
      <w:r>
        <w:rPr>
          <w:rFonts w:ascii="Verdana" w:hAnsi="Verdana"/>
          <w:sz w:val="22"/>
        </w:rPr>
        <w:instrText xml:space="preserve"> FORMCHECKBOX </w:instrText>
      </w:r>
      <w:r>
        <w:rPr>
          <w:rFonts w:ascii="Verdana" w:hAnsi="Verdana"/>
          <w:sz w:val="22"/>
        </w:rPr>
      </w:r>
      <w:r>
        <w:rPr>
          <w:rFonts w:ascii="Verdana" w:hAnsi="Verdana"/>
          <w:sz w:val="22"/>
        </w:rPr>
        <w:fldChar w:fldCharType="separate"/>
      </w:r>
      <w:r>
        <w:rPr>
          <w:rFonts w:ascii="Verdana" w:hAnsi="Verdana"/>
          <w:sz w:val="22"/>
        </w:rPr>
        <w:fldChar w:fldCharType="end"/>
      </w:r>
      <w:bookmarkEnd w:id="3"/>
      <w:r>
        <w:rPr>
          <w:rFonts w:ascii="Verdana" w:hAnsi="Verdana"/>
          <w:sz w:val="22"/>
        </w:rPr>
        <w:t xml:space="preserve"> </w:t>
      </w:r>
      <w:r w:rsidRPr="00D70C3B">
        <w:rPr>
          <w:rFonts w:ascii="Verdana" w:hAnsi="Verdana"/>
          <w:sz w:val="22"/>
        </w:rPr>
        <w:t>Not sure</w:t>
      </w:r>
    </w:p>
    <w:p w14:paraId="710C74F0" w14:textId="77777777" w:rsidR="00D70C3B" w:rsidRPr="00D70C3B" w:rsidRDefault="00D70C3B" w:rsidP="00D70C3B">
      <w:pPr>
        <w:spacing w:after="0"/>
        <w:rPr>
          <w:rFonts w:ascii="Verdana" w:hAnsi="Verdana"/>
          <w:b/>
          <w:sz w:val="22"/>
        </w:rPr>
      </w:pPr>
    </w:p>
    <w:p w14:paraId="7C9642BF" w14:textId="705E97FB" w:rsidR="008F1409" w:rsidRPr="00D70C3B" w:rsidRDefault="00DD52E0" w:rsidP="00D70C3B">
      <w:pPr>
        <w:spacing w:after="0"/>
        <w:rPr>
          <w:rFonts w:ascii="Verdana" w:hAnsi="Verdana"/>
          <w:bCs/>
          <w:sz w:val="22"/>
        </w:rPr>
      </w:pPr>
      <w:r w:rsidRPr="00D70C3B">
        <w:rPr>
          <w:rFonts w:ascii="Verdana" w:hAnsi="Verdana"/>
          <w:bCs/>
          <w:sz w:val="22"/>
        </w:rPr>
        <w:lastRenderedPageBreak/>
        <w:t>Please briefly tell us what action has already been taken, the outcome, or why you have not been able to use the Provider's complaints procedure</w:t>
      </w:r>
      <w:r w:rsidR="00D70C3B" w:rsidRPr="00D70C3B">
        <w:rPr>
          <w:rFonts w:ascii="Verdana" w:hAnsi="Verdana"/>
          <w:bCs/>
          <w:sz w:val="22"/>
        </w:rPr>
        <w:t xml:space="preserve"> (</w:t>
      </w:r>
      <w:r w:rsidR="00D70C3B" w:rsidRPr="00D70C3B">
        <w:rPr>
          <w:rFonts w:ascii="Verdana" w:hAnsi="Verdana"/>
          <w:bCs/>
          <w:i/>
          <w:iCs/>
          <w:sz w:val="22"/>
        </w:rPr>
        <w:t>No more than 250 characters</w:t>
      </w:r>
      <w:r w:rsidR="00D70C3B" w:rsidRPr="00D70C3B">
        <w:rPr>
          <w:rFonts w:ascii="Verdana" w:hAnsi="Verdana"/>
          <w:bCs/>
          <w:sz w:val="22"/>
        </w:rPr>
        <w:t>)</w:t>
      </w:r>
      <w:r w:rsidRPr="00D70C3B">
        <w:rPr>
          <w:rFonts w:ascii="Verdana" w:hAnsi="Verdana"/>
          <w:bCs/>
          <w:sz w:val="22"/>
        </w:rPr>
        <w:t>.</w:t>
      </w:r>
    </w:p>
    <w:tbl>
      <w:tblPr>
        <w:tblStyle w:val="TableGrid"/>
        <w:tblW w:w="0" w:type="auto"/>
        <w:jc w:val="center"/>
        <w:tblLook w:val="04A0" w:firstRow="1" w:lastRow="0" w:firstColumn="1" w:lastColumn="0" w:noHBand="0" w:noVBand="1"/>
      </w:tblPr>
      <w:tblGrid>
        <w:gridCol w:w="10188"/>
      </w:tblGrid>
      <w:tr w:rsidR="008F1409" w:rsidRPr="00D70C3B" w14:paraId="22656C13" w14:textId="77777777" w:rsidTr="00D70C3B">
        <w:trPr>
          <w:trHeight w:val="1484"/>
          <w:jc w:val="center"/>
        </w:trPr>
        <w:tc>
          <w:tcPr>
            <w:tcW w:w="10188" w:type="dxa"/>
          </w:tcPr>
          <w:p w14:paraId="2B8B8476" w14:textId="716048C8" w:rsidR="008F1409" w:rsidRPr="00D70C3B" w:rsidRDefault="000C0AE5" w:rsidP="00D70C3B">
            <w:pPr>
              <w:spacing w:after="0"/>
              <w:rPr>
                <w:rFonts w:ascii="Verdana" w:hAnsi="Verdana"/>
                <w:sz w:val="22"/>
              </w:rPr>
            </w:pPr>
            <w:r>
              <w:rPr>
                <w:rFonts w:ascii="Verdana" w:hAnsi="Verdana"/>
                <w:sz w:val="22"/>
              </w:rPr>
              <w:fldChar w:fldCharType="begin">
                <w:ffData>
                  <w:name w:val=""/>
                  <w:enabled/>
                  <w:calcOnExit w:val="0"/>
                  <w:textInput>
                    <w:maxLength w:val="250"/>
                  </w:textInput>
                </w:ffData>
              </w:fldChar>
            </w:r>
            <w:r>
              <w:rPr>
                <w:rFonts w:ascii="Verdana" w:hAnsi="Verdana"/>
                <w:sz w:val="22"/>
              </w:rPr>
              <w:instrText xml:space="preserve"> FORMTEXT </w:instrText>
            </w:r>
            <w:r>
              <w:rPr>
                <w:rFonts w:ascii="Verdana" w:hAnsi="Verdana"/>
                <w:sz w:val="22"/>
              </w:rPr>
            </w:r>
            <w:r>
              <w:rPr>
                <w:rFonts w:ascii="Verdana" w:hAnsi="Verdana"/>
                <w:sz w:val="22"/>
              </w:rPr>
              <w:fldChar w:fldCharType="separate"/>
            </w:r>
            <w:r w:rsidR="0055767D">
              <w:rPr>
                <w:rFonts w:ascii="Verdana" w:hAnsi="Verdana"/>
                <w:sz w:val="22"/>
              </w:rPr>
              <w:t> </w:t>
            </w:r>
            <w:r w:rsidR="0055767D">
              <w:rPr>
                <w:rFonts w:ascii="Verdana" w:hAnsi="Verdana"/>
                <w:sz w:val="22"/>
              </w:rPr>
              <w:t> </w:t>
            </w:r>
            <w:r w:rsidR="0055767D">
              <w:rPr>
                <w:rFonts w:ascii="Verdana" w:hAnsi="Verdana"/>
                <w:sz w:val="22"/>
              </w:rPr>
              <w:t> </w:t>
            </w:r>
            <w:r w:rsidR="0055767D">
              <w:rPr>
                <w:rFonts w:ascii="Verdana" w:hAnsi="Verdana"/>
                <w:sz w:val="22"/>
              </w:rPr>
              <w:t> </w:t>
            </w:r>
            <w:r w:rsidR="0055767D">
              <w:rPr>
                <w:rFonts w:ascii="Verdana" w:hAnsi="Verdana"/>
                <w:sz w:val="22"/>
              </w:rPr>
              <w:t> </w:t>
            </w:r>
            <w:r>
              <w:rPr>
                <w:rFonts w:ascii="Verdana" w:hAnsi="Verdana"/>
                <w:sz w:val="22"/>
              </w:rPr>
              <w:fldChar w:fldCharType="end"/>
            </w:r>
            <w:r w:rsidR="00DD52E0" w:rsidRPr="00D70C3B">
              <w:rPr>
                <w:rFonts w:ascii="Verdana" w:hAnsi="Verdana"/>
                <w:sz w:val="22"/>
              </w:rPr>
              <w:br/>
            </w:r>
            <w:r w:rsidR="00DD52E0" w:rsidRPr="00D70C3B">
              <w:rPr>
                <w:rFonts w:ascii="Verdana" w:hAnsi="Verdana"/>
                <w:sz w:val="22"/>
              </w:rPr>
              <w:br/>
            </w:r>
          </w:p>
        </w:tc>
      </w:tr>
    </w:tbl>
    <w:p w14:paraId="130396B6" w14:textId="77777777" w:rsidR="00C05EDF" w:rsidRDefault="00C05EDF" w:rsidP="00D70C3B">
      <w:pPr>
        <w:spacing w:after="0"/>
        <w:rPr>
          <w:rFonts w:ascii="Verdana" w:hAnsi="Verdana"/>
          <w:b/>
          <w:sz w:val="22"/>
        </w:rPr>
      </w:pPr>
    </w:p>
    <w:p w14:paraId="27EFDA23" w14:textId="757481A1" w:rsidR="008F1409" w:rsidRPr="00D70C3B" w:rsidRDefault="00D70C3B" w:rsidP="00D70C3B">
      <w:pPr>
        <w:spacing w:after="0"/>
        <w:rPr>
          <w:rFonts w:ascii="Verdana" w:hAnsi="Verdana"/>
          <w:sz w:val="22"/>
        </w:rPr>
      </w:pPr>
      <w:r w:rsidRPr="00D70C3B">
        <w:rPr>
          <w:rFonts w:ascii="Verdana" w:hAnsi="Verdana"/>
          <w:b/>
          <w:sz w:val="22"/>
        </w:rPr>
        <w:t>5.  What outcome are you seeking?</w:t>
      </w:r>
      <w:r>
        <w:rPr>
          <w:rFonts w:ascii="Verdana" w:hAnsi="Verdana"/>
          <w:b/>
          <w:sz w:val="22"/>
        </w:rPr>
        <w:t xml:space="preserve"> </w:t>
      </w:r>
      <w:r w:rsidRPr="00D70C3B">
        <w:rPr>
          <w:rFonts w:ascii="Verdana" w:hAnsi="Verdana"/>
          <w:bCs/>
          <w:sz w:val="22"/>
        </w:rPr>
        <w:t>(</w:t>
      </w:r>
      <w:r w:rsidRPr="00D70C3B">
        <w:rPr>
          <w:rFonts w:ascii="Verdana" w:hAnsi="Verdana"/>
          <w:bCs/>
          <w:i/>
          <w:iCs/>
          <w:sz w:val="22"/>
        </w:rPr>
        <w:t>No more the 250 characters</w:t>
      </w:r>
      <w:r w:rsidRPr="00D70C3B">
        <w:rPr>
          <w:rFonts w:ascii="Verdana" w:hAnsi="Verdana"/>
          <w:bCs/>
          <w:sz w:val="22"/>
        </w:rPr>
        <w:t>).</w:t>
      </w:r>
    </w:p>
    <w:tbl>
      <w:tblPr>
        <w:tblStyle w:val="TableGrid"/>
        <w:tblW w:w="0" w:type="auto"/>
        <w:jc w:val="center"/>
        <w:tblLook w:val="04A0" w:firstRow="1" w:lastRow="0" w:firstColumn="1" w:lastColumn="0" w:noHBand="0" w:noVBand="1"/>
      </w:tblPr>
      <w:tblGrid>
        <w:gridCol w:w="10188"/>
      </w:tblGrid>
      <w:tr w:rsidR="008F1409" w:rsidRPr="00D70C3B" w14:paraId="3497861F" w14:textId="77777777" w:rsidTr="00D70C3B">
        <w:trPr>
          <w:trHeight w:val="1529"/>
          <w:jc w:val="center"/>
        </w:trPr>
        <w:tc>
          <w:tcPr>
            <w:tcW w:w="10188" w:type="dxa"/>
          </w:tcPr>
          <w:p w14:paraId="37904443" w14:textId="3A7CE52A" w:rsidR="008F1409" w:rsidRPr="00D70C3B" w:rsidRDefault="000C0AE5" w:rsidP="00D70C3B">
            <w:pPr>
              <w:spacing w:after="0"/>
              <w:rPr>
                <w:rFonts w:ascii="Verdana" w:hAnsi="Verdana"/>
                <w:sz w:val="22"/>
              </w:rPr>
            </w:pPr>
            <w:r>
              <w:rPr>
                <w:rFonts w:ascii="Verdana" w:hAnsi="Verdana"/>
                <w:sz w:val="22"/>
              </w:rPr>
              <w:fldChar w:fldCharType="begin">
                <w:ffData>
                  <w:name w:val=""/>
                  <w:enabled/>
                  <w:calcOnExit w:val="0"/>
                  <w:textInput>
                    <w:maxLength w:val="250"/>
                  </w:textInput>
                </w:ffData>
              </w:fldChar>
            </w:r>
            <w:r>
              <w:rPr>
                <w:rFonts w:ascii="Verdana" w:hAnsi="Verdana"/>
                <w:sz w:val="22"/>
              </w:rPr>
              <w:instrText xml:space="preserve"> FORMTEXT </w:instrText>
            </w:r>
            <w:r>
              <w:rPr>
                <w:rFonts w:ascii="Verdana" w:hAnsi="Verdana"/>
                <w:sz w:val="22"/>
              </w:rPr>
            </w:r>
            <w:r>
              <w:rPr>
                <w:rFonts w:ascii="Verdana" w:hAnsi="Verdana"/>
                <w:sz w:val="22"/>
              </w:rPr>
              <w:fldChar w:fldCharType="separate"/>
            </w:r>
            <w:r w:rsidR="0055767D">
              <w:rPr>
                <w:rFonts w:ascii="Verdana" w:hAnsi="Verdana"/>
                <w:sz w:val="22"/>
              </w:rPr>
              <w:t> </w:t>
            </w:r>
            <w:r w:rsidR="0055767D">
              <w:rPr>
                <w:rFonts w:ascii="Verdana" w:hAnsi="Verdana"/>
                <w:sz w:val="22"/>
              </w:rPr>
              <w:t> </w:t>
            </w:r>
            <w:r w:rsidR="0055767D">
              <w:rPr>
                <w:rFonts w:ascii="Verdana" w:hAnsi="Verdana"/>
                <w:sz w:val="22"/>
              </w:rPr>
              <w:t> </w:t>
            </w:r>
            <w:r w:rsidR="0055767D">
              <w:rPr>
                <w:rFonts w:ascii="Verdana" w:hAnsi="Verdana"/>
                <w:sz w:val="22"/>
              </w:rPr>
              <w:t> </w:t>
            </w:r>
            <w:r w:rsidR="0055767D">
              <w:rPr>
                <w:rFonts w:ascii="Verdana" w:hAnsi="Verdana"/>
                <w:sz w:val="22"/>
              </w:rPr>
              <w:t> </w:t>
            </w:r>
            <w:r>
              <w:rPr>
                <w:rFonts w:ascii="Verdana" w:hAnsi="Verdana"/>
                <w:sz w:val="22"/>
              </w:rPr>
              <w:fldChar w:fldCharType="end"/>
            </w:r>
            <w:r w:rsidR="00DD52E0" w:rsidRPr="00D70C3B">
              <w:rPr>
                <w:rFonts w:ascii="Verdana" w:hAnsi="Verdana"/>
                <w:sz w:val="22"/>
              </w:rPr>
              <w:br/>
            </w:r>
            <w:r w:rsidR="00DD52E0" w:rsidRPr="00D70C3B">
              <w:rPr>
                <w:rFonts w:ascii="Verdana" w:hAnsi="Verdana"/>
                <w:sz w:val="22"/>
              </w:rPr>
              <w:br/>
            </w:r>
          </w:p>
        </w:tc>
      </w:tr>
    </w:tbl>
    <w:p w14:paraId="7DF096BC" w14:textId="77777777" w:rsidR="00D70C3B" w:rsidRDefault="00D70C3B" w:rsidP="00D70C3B">
      <w:pPr>
        <w:spacing w:after="0"/>
        <w:rPr>
          <w:rFonts w:ascii="Verdana" w:hAnsi="Verdana"/>
          <w:b/>
          <w:sz w:val="22"/>
        </w:rPr>
      </w:pPr>
    </w:p>
    <w:p w14:paraId="34012D8D" w14:textId="2EF1665C" w:rsidR="008F1409" w:rsidRPr="00D70C3B" w:rsidRDefault="00DD52E0" w:rsidP="00D70C3B">
      <w:pPr>
        <w:spacing w:after="0"/>
        <w:rPr>
          <w:rFonts w:ascii="Verdana" w:hAnsi="Verdana"/>
          <w:sz w:val="22"/>
        </w:rPr>
      </w:pPr>
      <w:r w:rsidRPr="00D70C3B">
        <w:rPr>
          <w:rFonts w:ascii="Verdana" w:hAnsi="Verdana"/>
          <w:b/>
          <w:sz w:val="22"/>
        </w:rPr>
        <w:t>6.  Supporting information</w:t>
      </w:r>
    </w:p>
    <w:p w14:paraId="2C3D4F58" w14:textId="77777777" w:rsidR="008F1409" w:rsidRPr="00D70C3B" w:rsidRDefault="00DD52E0" w:rsidP="00D70C3B">
      <w:pPr>
        <w:spacing w:after="0"/>
        <w:rPr>
          <w:rFonts w:ascii="Verdana" w:hAnsi="Verdana"/>
          <w:sz w:val="22"/>
        </w:rPr>
      </w:pPr>
      <w:r w:rsidRPr="00D70C3B">
        <w:rPr>
          <w:rFonts w:ascii="Verdana" w:hAnsi="Verdana"/>
          <w:sz w:val="22"/>
        </w:rPr>
        <w:t>You may attach any documents that you think will help us understand your complaint, for example relevant correspondence or the Provider's response to your complaint.  Please do not send original documents.</w:t>
      </w:r>
    </w:p>
    <w:p w14:paraId="11AFA649" w14:textId="77777777" w:rsidR="00D70C3B" w:rsidRDefault="00D70C3B" w:rsidP="00D70C3B">
      <w:pPr>
        <w:spacing w:after="0"/>
        <w:rPr>
          <w:rFonts w:ascii="Verdana" w:hAnsi="Verdana"/>
          <w:b/>
          <w:sz w:val="22"/>
        </w:rPr>
      </w:pPr>
    </w:p>
    <w:p w14:paraId="4719A3A2" w14:textId="6245252A" w:rsidR="008F1409" w:rsidRPr="00D70C3B" w:rsidRDefault="00DD52E0" w:rsidP="00D70C3B">
      <w:pPr>
        <w:spacing w:after="0"/>
        <w:rPr>
          <w:rFonts w:ascii="Verdana" w:hAnsi="Verdana"/>
          <w:sz w:val="22"/>
        </w:rPr>
      </w:pPr>
      <w:r w:rsidRPr="00D70C3B">
        <w:rPr>
          <w:rFonts w:ascii="Verdana" w:hAnsi="Verdana"/>
          <w:b/>
          <w:sz w:val="22"/>
        </w:rPr>
        <w:t>7.  Declaration</w:t>
      </w:r>
    </w:p>
    <w:p w14:paraId="3DA74E53" w14:textId="77777777" w:rsidR="008F1409" w:rsidRDefault="00DD52E0" w:rsidP="00D70C3B">
      <w:pPr>
        <w:spacing w:after="0"/>
        <w:rPr>
          <w:rFonts w:ascii="Verdana" w:hAnsi="Verdana"/>
          <w:sz w:val="22"/>
        </w:rPr>
      </w:pPr>
      <w:r w:rsidRPr="00D70C3B">
        <w:rPr>
          <w:rFonts w:ascii="Verdana" w:hAnsi="Verdana"/>
          <w:sz w:val="22"/>
        </w:rPr>
        <w:t>I confirm that, to the best of my knowledge, the information I have provided is accurate.  I understand that Skills and Education Group Access may need to contact me for further information and may need to share relevant information with the Provider or other appropriate parties in order to consider my complaint.</w:t>
      </w:r>
    </w:p>
    <w:p w14:paraId="462F67E8" w14:textId="77777777" w:rsidR="00803C9D" w:rsidRPr="00D70C3B" w:rsidRDefault="00803C9D" w:rsidP="00D70C3B">
      <w:pPr>
        <w:spacing w:after="0"/>
        <w:rPr>
          <w:rFonts w:ascii="Verdana" w:hAnsi="Verdana"/>
          <w:sz w:val="22"/>
        </w:rPr>
      </w:pPr>
    </w:p>
    <w:tbl>
      <w:tblPr>
        <w:tblStyle w:val="TableGrid"/>
        <w:tblW w:w="0" w:type="auto"/>
        <w:jc w:val="center"/>
        <w:tblLayout w:type="fixed"/>
        <w:tblLook w:val="04A0" w:firstRow="1" w:lastRow="0" w:firstColumn="1" w:lastColumn="0" w:noHBand="0" w:noVBand="1"/>
      </w:tblPr>
      <w:tblGrid>
        <w:gridCol w:w="3168"/>
        <w:gridCol w:w="6912"/>
      </w:tblGrid>
      <w:tr w:rsidR="008F1409" w:rsidRPr="00D70C3B" w14:paraId="3D9410B6" w14:textId="77777777" w:rsidTr="00D70C3B">
        <w:trPr>
          <w:trHeight w:val="420"/>
          <w:jc w:val="center"/>
        </w:trPr>
        <w:tc>
          <w:tcPr>
            <w:tcW w:w="3168" w:type="dxa"/>
            <w:vAlign w:val="center"/>
          </w:tcPr>
          <w:p w14:paraId="5674A323" w14:textId="77777777" w:rsidR="008F1409" w:rsidRPr="00D70C3B" w:rsidRDefault="00DD52E0" w:rsidP="00D70C3B">
            <w:pPr>
              <w:spacing w:after="0"/>
              <w:rPr>
                <w:rFonts w:ascii="Verdana" w:hAnsi="Verdana"/>
                <w:sz w:val="22"/>
              </w:rPr>
            </w:pPr>
            <w:r w:rsidRPr="00D70C3B">
              <w:rPr>
                <w:rFonts w:ascii="Verdana" w:hAnsi="Verdana"/>
                <w:b/>
                <w:sz w:val="22"/>
              </w:rPr>
              <w:t>Signature</w:t>
            </w:r>
          </w:p>
        </w:tc>
        <w:tc>
          <w:tcPr>
            <w:tcW w:w="6912" w:type="dxa"/>
            <w:vAlign w:val="center"/>
          </w:tcPr>
          <w:p w14:paraId="330CEDDA" w14:textId="7547D3D3" w:rsidR="008F1409" w:rsidRDefault="000C0AE5" w:rsidP="00D70C3B">
            <w:pPr>
              <w:spacing w:after="0"/>
              <w:rPr>
                <w:rFonts w:ascii="Verdana" w:hAnsi="Verdana"/>
                <w:sz w:val="22"/>
              </w:rPr>
            </w:pPr>
            <w:r>
              <w:rPr>
                <w:rFonts w:ascii="Verdana" w:hAnsi="Verdana"/>
                <w:sz w:val="22"/>
              </w:rPr>
              <w:fldChar w:fldCharType="begin">
                <w:ffData>
                  <w:name w:val=""/>
                  <w:enabled/>
                  <w:calcOnExit w:val="0"/>
                  <w:textInput>
                    <w:maxLength w:val="100"/>
                  </w:textInput>
                </w:ffData>
              </w:fldChar>
            </w:r>
            <w:r>
              <w:rPr>
                <w:rFonts w:ascii="Verdana" w:hAnsi="Verdana"/>
                <w:sz w:val="22"/>
              </w:rPr>
              <w:instrText xml:space="preserve"> FORMTEXT </w:instrText>
            </w:r>
            <w:r>
              <w:rPr>
                <w:rFonts w:ascii="Verdana" w:hAnsi="Verdana"/>
                <w:sz w:val="22"/>
              </w:rPr>
            </w:r>
            <w:r>
              <w:rPr>
                <w:rFonts w:ascii="Verdana" w:hAnsi="Verdana"/>
                <w:sz w:val="22"/>
              </w:rPr>
              <w:fldChar w:fldCharType="separate"/>
            </w:r>
            <w:r w:rsidR="0055767D">
              <w:rPr>
                <w:rFonts w:ascii="Verdana" w:hAnsi="Verdana"/>
                <w:sz w:val="22"/>
              </w:rPr>
              <w:t> </w:t>
            </w:r>
            <w:r w:rsidR="0055767D">
              <w:rPr>
                <w:rFonts w:ascii="Verdana" w:hAnsi="Verdana"/>
                <w:sz w:val="22"/>
              </w:rPr>
              <w:t> </w:t>
            </w:r>
            <w:r w:rsidR="0055767D">
              <w:rPr>
                <w:rFonts w:ascii="Verdana" w:hAnsi="Verdana"/>
                <w:sz w:val="22"/>
              </w:rPr>
              <w:t> </w:t>
            </w:r>
            <w:r w:rsidR="0055767D">
              <w:rPr>
                <w:rFonts w:ascii="Verdana" w:hAnsi="Verdana"/>
                <w:sz w:val="22"/>
              </w:rPr>
              <w:t> </w:t>
            </w:r>
            <w:r w:rsidR="0055767D">
              <w:rPr>
                <w:rFonts w:ascii="Verdana" w:hAnsi="Verdana"/>
                <w:sz w:val="22"/>
              </w:rPr>
              <w:t> </w:t>
            </w:r>
            <w:r>
              <w:rPr>
                <w:rFonts w:ascii="Verdana" w:hAnsi="Verdana"/>
                <w:sz w:val="22"/>
              </w:rPr>
              <w:fldChar w:fldCharType="end"/>
            </w:r>
          </w:p>
          <w:p w14:paraId="53A35F83" w14:textId="77777777" w:rsidR="00D70C3B" w:rsidRPr="00D70C3B" w:rsidRDefault="00D70C3B" w:rsidP="00D70C3B">
            <w:pPr>
              <w:spacing w:after="0"/>
              <w:rPr>
                <w:rFonts w:ascii="Verdana" w:hAnsi="Verdana"/>
                <w:sz w:val="22"/>
              </w:rPr>
            </w:pPr>
          </w:p>
        </w:tc>
      </w:tr>
      <w:tr w:rsidR="008F1409" w:rsidRPr="00D70C3B" w14:paraId="2A3D954D" w14:textId="77777777" w:rsidTr="00D70C3B">
        <w:trPr>
          <w:trHeight w:val="420"/>
          <w:jc w:val="center"/>
        </w:trPr>
        <w:tc>
          <w:tcPr>
            <w:tcW w:w="3168" w:type="dxa"/>
            <w:vAlign w:val="center"/>
          </w:tcPr>
          <w:p w14:paraId="7451F413" w14:textId="77777777" w:rsidR="008F1409" w:rsidRPr="00D70C3B" w:rsidRDefault="00DD52E0" w:rsidP="00D70C3B">
            <w:pPr>
              <w:spacing w:after="0"/>
              <w:rPr>
                <w:rFonts w:ascii="Verdana" w:hAnsi="Verdana"/>
                <w:sz w:val="22"/>
              </w:rPr>
            </w:pPr>
            <w:r w:rsidRPr="00D70C3B">
              <w:rPr>
                <w:rFonts w:ascii="Verdana" w:hAnsi="Verdana"/>
                <w:b/>
                <w:sz w:val="22"/>
              </w:rPr>
              <w:t>Date</w:t>
            </w:r>
          </w:p>
        </w:tc>
        <w:tc>
          <w:tcPr>
            <w:tcW w:w="6912" w:type="dxa"/>
            <w:vAlign w:val="center"/>
          </w:tcPr>
          <w:p w14:paraId="2EC538D5" w14:textId="053915BC" w:rsidR="008F1409" w:rsidRDefault="000C0AE5" w:rsidP="00D70C3B">
            <w:pPr>
              <w:spacing w:after="0"/>
              <w:rPr>
                <w:rFonts w:ascii="Verdana" w:hAnsi="Verdana"/>
                <w:sz w:val="22"/>
              </w:rPr>
            </w:pPr>
            <w:r>
              <w:rPr>
                <w:rFonts w:ascii="Verdana" w:hAnsi="Verdana"/>
                <w:sz w:val="22"/>
              </w:rPr>
              <w:fldChar w:fldCharType="begin">
                <w:ffData>
                  <w:name w:val=""/>
                  <w:enabled/>
                  <w:calcOnExit w:val="0"/>
                  <w:textInput>
                    <w:maxLength w:val="30"/>
                  </w:textInput>
                </w:ffData>
              </w:fldChar>
            </w:r>
            <w:r>
              <w:rPr>
                <w:rFonts w:ascii="Verdana" w:hAnsi="Verdana"/>
                <w:sz w:val="22"/>
              </w:rPr>
              <w:instrText xml:space="preserve"> FORMTEXT </w:instrText>
            </w:r>
            <w:r>
              <w:rPr>
                <w:rFonts w:ascii="Verdana" w:hAnsi="Verdana"/>
                <w:sz w:val="22"/>
              </w:rPr>
            </w:r>
            <w:r>
              <w:rPr>
                <w:rFonts w:ascii="Verdana" w:hAnsi="Verdana"/>
                <w:sz w:val="22"/>
              </w:rPr>
              <w:fldChar w:fldCharType="separate"/>
            </w:r>
            <w:r w:rsidR="0055767D">
              <w:rPr>
                <w:rFonts w:ascii="Verdana" w:hAnsi="Verdana"/>
                <w:sz w:val="22"/>
              </w:rPr>
              <w:t> </w:t>
            </w:r>
            <w:r w:rsidR="0055767D">
              <w:rPr>
                <w:rFonts w:ascii="Verdana" w:hAnsi="Verdana"/>
                <w:sz w:val="22"/>
              </w:rPr>
              <w:t> </w:t>
            </w:r>
            <w:r w:rsidR="0055767D">
              <w:rPr>
                <w:rFonts w:ascii="Verdana" w:hAnsi="Verdana"/>
                <w:sz w:val="22"/>
              </w:rPr>
              <w:t> </w:t>
            </w:r>
            <w:r w:rsidR="0055767D">
              <w:rPr>
                <w:rFonts w:ascii="Verdana" w:hAnsi="Verdana"/>
                <w:sz w:val="22"/>
              </w:rPr>
              <w:t> </w:t>
            </w:r>
            <w:r w:rsidR="0055767D">
              <w:rPr>
                <w:rFonts w:ascii="Verdana" w:hAnsi="Verdana"/>
                <w:sz w:val="22"/>
              </w:rPr>
              <w:t> </w:t>
            </w:r>
            <w:r>
              <w:rPr>
                <w:rFonts w:ascii="Verdana" w:hAnsi="Verdana"/>
                <w:sz w:val="22"/>
              </w:rPr>
              <w:fldChar w:fldCharType="end"/>
            </w:r>
            <w:r w:rsidR="00DD52E0" w:rsidRPr="00D70C3B">
              <w:rPr>
                <w:rFonts w:ascii="Verdana" w:hAnsi="Verdana"/>
                <w:sz w:val="22"/>
              </w:rPr>
              <w:t xml:space="preserve"> </w:t>
            </w:r>
          </w:p>
          <w:p w14:paraId="070D7491" w14:textId="77777777" w:rsidR="00D70C3B" w:rsidRPr="00D70C3B" w:rsidRDefault="00D70C3B" w:rsidP="00D70C3B">
            <w:pPr>
              <w:spacing w:after="0"/>
              <w:rPr>
                <w:rFonts w:ascii="Verdana" w:hAnsi="Verdana"/>
                <w:sz w:val="22"/>
              </w:rPr>
            </w:pPr>
          </w:p>
        </w:tc>
      </w:tr>
    </w:tbl>
    <w:p w14:paraId="5083D07E" w14:textId="77777777" w:rsidR="00D70C3B" w:rsidRPr="00D70C3B" w:rsidRDefault="00D70C3B" w:rsidP="00D70C3B">
      <w:pPr>
        <w:spacing w:after="0"/>
        <w:rPr>
          <w:rFonts w:ascii="Verdana" w:hAnsi="Verdana"/>
          <w:b/>
          <w:sz w:val="22"/>
        </w:rPr>
      </w:pPr>
    </w:p>
    <w:p w14:paraId="17956E69" w14:textId="026DFCB1" w:rsidR="008F1409" w:rsidRPr="00D70C3B" w:rsidRDefault="00DD52E0" w:rsidP="00D70C3B">
      <w:pPr>
        <w:spacing w:after="0"/>
        <w:jc w:val="center"/>
        <w:rPr>
          <w:rFonts w:ascii="Verdana" w:hAnsi="Verdana"/>
          <w:sz w:val="22"/>
        </w:rPr>
      </w:pPr>
      <w:r w:rsidRPr="00D70C3B">
        <w:rPr>
          <w:rFonts w:ascii="Verdana" w:hAnsi="Verdana"/>
          <w:b/>
          <w:sz w:val="22"/>
        </w:rPr>
        <w:t>Submitting your complaint</w:t>
      </w:r>
    </w:p>
    <w:tbl>
      <w:tblPr>
        <w:tblStyle w:val="TableGrid"/>
        <w:tblW w:w="0" w:type="auto"/>
        <w:jc w:val="center"/>
        <w:tblLook w:val="04A0" w:firstRow="1" w:lastRow="0" w:firstColumn="1" w:lastColumn="0" w:noHBand="0" w:noVBand="1"/>
      </w:tblPr>
      <w:tblGrid>
        <w:gridCol w:w="10214"/>
      </w:tblGrid>
      <w:tr w:rsidR="008F1409" w:rsidRPr="00D70C3B" w14:paraId="1839B6E1" w14:textId="77777777">
        <w:trPr>
          <w:jc w:val="center"/>
        </w:trPr>
        <w:tc>
          <w:tcPr>
            <w:tcW w:w="10224" w:type="dxa"/>
            <w:shd w:val="clear" w:color="auto" w:fill="EDEDED"/>
          </w:tcPr>
          <w:p w14:paraId="5AB977E7" w14:textId="77777777" w:rsidR="008F1409" w:rsidRPr="00D70C3B" w:rsidRDefault="00DD52E0" w:rsidP="00D70C3B">
            <w:pPr>
              <w:spacing w:after="0"/>
              <w:jc w:val="center"/>
              <w:rPr>
                <w:rFonts w:ascii="Verdana" w:hAnsi="Verdana"/>
                <w:sz w:val="22"/>
              </w:rPr>
            </w:pPr>
            <w:r w:rsidRPr="00D70C3B">
              <w:rPr>
                <w:rFonts w:ascii="Verdana" w:hAnsi="Verdana"/>
                <w:b/>
                <w:sz w:val="22"/>
              </w:rPr>
              <w:t>Please email your completed form and any supporting documents to access@skillsedugroup.co.uk.  We will review the information provided and contact you about the next steps.</w:t>
            </w:r>
          </w:p>
        </w:tc>
      </w:tr>
    </w:tbl>
    <w:p w14:paraId="7929A708" w14:textId="77777777" w:rsidR="005500CC" w:rsidRPr="00D70C3B" w:rsidRDefault="005500CC" w:rsidP="00D70C3B">
      <w:pPr>
        <w:spacing w:after="0"/>
        <w:rPr>
          <w:rFonts w:ascii="Verdana" w:hAnsi="Verdana"/>
          <w:sz w:val="22"/>
        </w:rPr>
      </w:pPr>
    </w:p>
    <w:p w14:paraId="0DB07F74" w14:textId="77777777" w:rsidR="00D70C3B" w:rsidRPr="00D70C3B" w:rsidRDefault="00D70C3B">
      <w:pPr>
        <w:spacing w:after="0"/>
        <w:rPr>
          <w:rFonts w:ascii="Verdana" w:hAnsi="Verdana"/>
          <w:sz w:val="22"/>
        </w:rPr>
      </w:pPr>
    </w:p>
    <w:sectPr w:rsidR="00D70C3B" w:rsidRPr="00D70C3B" w:rsidSect="005E2182">
      <w:headerReference w:type="default" r:id="rId11"/>
      <w:footerReference w:type="default" r:id="rId12"/>
      <w:pgSz w:w="12240" w:h="15840"/>
      <w:pgMar w:top="864" w:right="1008" w:bottom="864" w:left="1008" w:header="720" w:footer="90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B54FB" w14:textId="77777777" w:rsidR="00CE4DF5" w:rsidRDefault="00CE4DF5">
      <w:pPr>
        <w:spacing w:after="0" w:line="240" w:lineRule="auto"/>
      </w:pPr>
      <w:r>
        <w:separator/>
      </w:r>
    </w:p>
  </w:endnote>
  <w:endnote w:type="continuationSeparator" w:id="0">
    <w:p w14:paraId="0B4471B8" w14:textId="77777777" w:rsidR="00CE4DF5" w:rsidRDefault="00CE4D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4AAC5" w14:textId="77777777" w:rsidR="00C05EDF" w:rsidRDefault="00C05EDF">
    <w:pPr>
      <w:pStyle w:val="Footer"/>
    </w:pPr>
    <w:r w:rsidRPr="006251BF">
      <w:rPr>
        <w:noProof/>
      </w:rPr>
      <mc:AlternateContent>
        <mc:Choice Requires="wps">
          <w:drawing>
            <wp:anchor distT="0" distB="0" distL="114300" distR="114300" simplePos="0" relativeHeight="251665408" behindDoc="1" locked="0" layoutInCell="1" allowOverlap="1" wp14:anchorId="14081173" wp14:editId="14922001">
              <wp:simplePos x="0" y="0"/>
              <wp:positionH relativeFrom="column">
                <wp:posOffset>-165735</wp:posOffset>
              </wp:positionH>
              <wp:positionV relativeFrom="bottomMargin">
                <wp:posOffset>277495</wp:posOffset>
              </wp:positionV>
              <wp:extent cx="1274400" cy="1206000"/>
              <wp:effectExtent l="0" t="0" r="21590" b="0"/>
              <wp:wrapNone/>
              <wp:docPr id="1383073839" name="Block Arc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4400" cy="1206000"/>
                      </a:xfrm>
                      <a:prstGeom prst="blockArc">
                        <a:avLst/>
                      </a:prstGeom>
                      <a:solidFill>
                        <a:schemeClr val="accent6"/>
                      </a:solidFill>
                      <a:ln w="19050" cap="flat" cmpd="sng" algn="ctr">
                        <a:solidFill>
                          <a:schemeClr val="accent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8F8D2" id="Block Arc 10" o:spid="_x0000_s1026" style="position:absolute;margin-left:-13.05pt;margin-top:21.85pt;width:100.35pt;height:94.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coordsize="1274400,120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" path="m,603000c,269972,285284,,637200,v351916,,637200,269972,637200,603000l972900,603000v,-166514,-150298,-301500,-335700,-301500c451798,301500,301500,436486,301500,603000l,603000xe" fillcolor="#045e75 [3209]" strokecolor="#045e75 [3209]" strokeweight="1.5pt">
              <v:stroke joinstyle="miter"/>
              <v:path arrowok="t" o:connecttype="custom" o:connectlocs="0,603000;637200,0;1274400,603000;972900,603000;637200,301500;301500,603000;0,603000" o:connectangles="0,0,0,0,0,0,0"/>
              <o:lock v:ext="edit" aspectratio="t"/>
              <w10:wrap anchory="margin"/>
            </v:shape>
          </w:pict>
        </mc:Fallback>
      </mc:AlternateContent>
    </w:r>
    <w:r w:rsidRPr="006251BF">
      <w:rPr>
        <w:rFonts w:eastAsiaTheme="majorEastAsia" w:cstheme="majorBidi"/>
        <w:noProof/>
        <w:color w:val="043956" w:themeColor="accent2"/>
        <w:spacing w:val="-10"/>
        <w:kern w:val="28"/>
        <w:szCs w:val="56"/>
      </w:rPr>
      <mc:AlternateContent>
        <mc:Choice Requires="wps">
          <w:drawing>
            <wp:anchor distT="0" distB="0" distL="114300" distR="114300" simplePos="0" relativeHeight="251664384" behindDoc="1" locked="0" layoutInCell="1" allowOverlap="1" wp14:anchorId="44E274D2" wp14:editId="3EA86771">
              <wp:simplePos x="0" y="0"/>
              <wp:positionH relativeFrom="column">
                <wp:posOffset>-2239645</wp:posOffset>
              </wp:positionH>
              <wp:positionV relativeFrom="bottomMargin">
                <wp:posOffset>-496570</wp:posOffset>
              </wp:positionV>
              <wp:extent cx="2588400" cy="2448000"/>
              <wp:effectExtent l="0" t="38100" r="2540" b="0"/>
              <wp:wrapNone/>
              <wp:docPr id="814211603" name="Block Arc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346578">
                        <a:off x="0" y="0"/>
                        <a:ext cx="2588400" cy="2448000"/>
                      </a:xfrm>
                      <a:prstGeom prst="blockArc">
                        <a:avLst/>
                      </a:prstGeom>
                      <a:solidFill>
                        <a:schemeClr val="accent5"/>
                      </a:solidFill>
                      <a:ln w="19050" cap="flat" cmpd="sng" algn="ctr">
                        <a:solidFill>
                          <a:schemeClr val="accent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89E39" id="Block Arc 12" o:spid="_x0000_s1026" style="position:absolute;margin-left:-176.35pt;margin-top:-39.1pt;width:203.8pt;height:192.75pt;rotation:1470822fd;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coordsize="2588400,244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" path="m,1224000c,548003,579433,,1294200,v714767,,1294200,548003,1294200,1224000l1976400,1224000v,-337998,-305431,-612000,-682200,-612000c917431,612000,612000,886002,612000,1224000l,1224000xe" fillcolor="#f0b400 [3208]" strokecolor="#f0b400 [3208]" strokeweight="1.5pt">
              <v:stroke joinstyle="miter"/>
              <v:path arrowok="t" o:connecttype="custom" o:connectlocs="0,1224000;1294200,0;2588400,1224000;1976400,1224000;1294200,612000;612000,1224000;0,1224000" o:connectangles="0,0,0,0,0,0,0"/>
              <o:lock v:ext="edit" aspectratio="t"/>
              <w10:wrap anchory="margin"/>
            </v:shape>
          </w:pict>
        </mc:Fallback>
      </mc:AlternateContent>
    </w:r>
  </w:p>
  <w:p w14:paraId="066F421E" w14:textId="7275A9CE" w:rsidR="008F1409" w:rsidRPr="00C05EDF" w:rsidRDefault="008F1409" w:rsidP="00C05E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EB3CA" w14:textId="77777777" w:rsidR="00CE4DF5" w:rsidRDefault="00CE4DF5">
      <w:pPr>
        <w:spacing w:after="0" w:line="240" w:lineRule="auto"/>
      </w:pPr>
      <w:r>
        <w:separator/>
      </w:r>
    </w:p>
  </w:footnote>
  <w:footnote w:type="continuationSeparator" w:id="0">
    <w:p w14:paraId="28ABC5F8" w14:textId="77777777" w:rsidR="00CE4DF5" w:rsidRDefault="00CE4D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BC715" w14:textId="77777777" w:rsidR="00C05EDF" w:rsidRDefault="00C05EDF">
    <w:pPr>
      <w:pStyle w:val="Header"/>
    </w:pPr>
  </w:p>
  <w:p w14:paraId="38F6E32B" w14:textId="77777777" w:rsidR="00C05EDF" w:rsidRDefault="00C05EDF">
    <w:pPr>
      <w:pStyle w:val="Header"/>
    </w:pPr>
  </w:p>
  <w:p w14:paraId="0493E0D0" w14:textId="61D16404" w:rsidR="00C05EDF" w:rsidRDefault="00C05EDF">
    <w:pPr>
      <w:pStyle w:val="Header"/>
    </w:pPr>
    <w:r>
      <w:rPr>
        <w:noProof/>
      </w:rPr>
      <w:drawing>
        <wp:anchor distT="0" distB="0" distL="114300" distR="114300" simplePos="0" relativeHeight="251662336" behindDoc="1" locked="0" layoutInCell="1" allowOverlap="1" wp14:anchorId="43ECDD3B" wp14:editId="70EFE763">
          <wp:simplePos x="0" y="0"/>
          <wp:positionH relativeFrom="column">
            <wp:posOffset>2875915</wp:posOffset>
          </wp:positionH>
          <wp:positionV relativeFrom="page">
            <wp:posOffset>882015</wp:posOffset>
          </wp:positionV>
          <wp:extent cx="1619885" cy="460375"/>
          <wp:effectExtent l="0" t="0" r="0" b="0"/>
          <wp:wrapNone/>
          <wp:docPr id="307843523"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43523" name="Picture 2"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19885" cy="46037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1" locked="0" layoutInCell="1" allowOverlap="1" wp14:anchorId="3E8CC1B1" wp14:editId="38EF7F8A">
              <wp:simplePos x="0" y="0"/>
              <wp:positionH relativeFrom="rightMargin">
                <wp:posOffset>-1350010</wp:posOffset>
              </wp:positionH>
              <wp:positionV relativeFrom="page">
                <wp:posOffset>-554355</wp:posOffset>
              </wp:positionV>
              <wp:extent cx="1497600" cy="1436400"/>
              <wp:effectExtent l="0" t="0" r="7620" b="30480"/>
              <wp:wrapNone/>
              <wp:docPr id="822346099"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9621035">
                        <a:off x="0" y="0"/>
                        <a:ext cx="1497600" cy="1436400"/>
                      </a:xfrm>
                      <a:prstGeom prst="blockArc">
                        <a:avLst/>
                      </a:prstGeom>
                      <a:solidFill>
                        <a:schemeClr val="accent3"/>
                      </a:solidFill>
                      <a:ln>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31D0B7" id="Block Arc 3" o:spid="_x0000_s1026" style="position:absolute;margin-left:-106.3pt;margin-top:-43.65pt;width:117.9pt;height:113.1pt;rotation:10508736fd;z-index:-25165619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coordsize="1497600,143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" path="m,718200c,321549,335249,,748800,v413551,,748800,321549,748800,718200l1138500,718200v,-198325,-174475,-359100,-389700,-359100c533575,359100,359100,519875,359100,718200l,718200xe" fillcolor="#f0b400 [3206]" strokecolor="#f0b400 [3206]" strokeweight="2pt">
              <v:path arrowok="t" o:connecttype="custom" o:connectlocs="0,718200;748800,0;1497600,718200;1138500,718200;748800,359100;359100,718200;0,718200" o:connectangles="0,0,0,0,0,0,0"/>
              <o:lock v:ext="edit" aspectratio="t"/>
              <w10:wrap anchorx="margin" anchory="page"/>
            </v:shape>
          </w:pict>
        </mc:Fallback>
      </mc:AlternateContent>
    </w:r>
    <w:r>
      <w:rPr>
        <w:noProof/>
      </w:rPr>
      <mc:AlternateContent>
        <mc:Choice Requires="wps">
          <w:drawing>
            <wp:anchor distT="0" distB="0" distL="114300" distR="114300" simplePos="0" relativeHeight="251659264" behindDoc="1" locked="0" layoutInCell="1" allowOverlap="1" wp14:anchorId="56FC9B9C" wp14:editId="33EA9EA4">
              <wp:simplePos x="0" y="0"/>
              <wp:positionH relativeFrom="rightMargin">
                <wp:posOffset>-561975</wp:posOffset>
              </wp:positionH>
              <wp:positionV relativeFrom="page">
                <wp:posOffset>-514985</wp:posOffset>
              </wp:positionV>
              <wp:extent cx="2700000" cy="2552400"/>
              <wp:effectExtent l="0" t="57150" r="0" b="0"/>
              <wp:wrapNone/>
              <wp:docPr id="1639825321"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9060706">
                        <a:off x="0" y="0"/>
                        <a:ext cx="2700000" cy="2552400"/>
                      </a:xfrm>
                      <a:prstGeom prst="blockArc">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DF47A1" id="Block Arc 3" o:spid="_x0000_s1026" style="position:absolute;margin-left:-44.25pt;margin-top:-40.55pt;width:212.6pt;height:201pt;rotation:-2773586fd;z-index:-25165721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coordsize="2700000,25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" path="m,1276200c,571374,604416,,1350000,v745584,,1350000,571374,1350000,1276200l2061900,1276200v,-352413,-318728,-638100,-711900,-638100c956828,638100,638100,923787,638100,1276200l,1276200xe" fillcolor="#045e75 [3207]" strokecolor="#045e75 [3207]" strokeweight="2pt">
              <v:path arrowok="t" o:connecttype="custom" o:connectlocs="0,1276200;1350000,0;2700000,1276200;2061900,1276200;1350000,638100;638100,1276200;0,1276200" o:connectangles="0,0,0,0,0,0,0"/>
              <o:lock v:ext="edit" aspectratio="t"/>
              <w10:wrap anchorx="margin" anchory="page"/>
            </v:shape>
          </w:pict>
        </mc:Fallback>
      </mc:AlternateContent>
    </w:r>
    <w:r>
      <w:rPr>
        <w:noProof/>
      </w:rPr>
      <w:drawing>
        <wp:anchor distT="0" distB="0" distL="114300" distR="114300" simplePos="0" relativeHeight="251661312" behindDoc="1" locked="0" layoutInCell="1" allowOverlap="1" wp14:anchorId="4AD4D3CB" wp14:editId="61CDE0E5">
          <wp:simplePos x="0" y="0"/>
          <wp:positionH relativeFrom="column">
            <wp:posOffset>-2540</wp:posOffset>
          </wp:positionH>
          <wp:positionV relativeFrom="page">
            <wp:posOffset>763270</wp:posOffset>
          </wp:positionV>
          <wp:extent cx="1882775" cy="575945"/>
          <wp:effectExtent l="0" t="0" r="3175" b="0"/>
          <wp:wrapNone/>
          <wp:docPr id="1934872866"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872866" name="Picture 1" descr="A blue text on a black background&#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882775" cy="575945"/>
                  </a:xfrm>
                  <a:prstGeom prst="rect">
                    <a:avLst/>
                  </a:prstGeom>
                </pic:spPr>
              </pic:pic>
            </a:graphicData>
          </a:graphic>
          <wp14:sizeRelH relativeFrom="page">
            <wp14:pctWidth>0</wp14:pctWidth>
          </wp14:sizeRelH>
          <wp14:sizeRelV relativeFrom="page">
            <wp14:pctHeight>0</wp14:pctHeight>
          </wp14:sizeRelV>
        </wp:anchor>
      </w:drawing>
    </w:r>
  </w:p>
  <w:p w14:paraId="38244A47" w14:textId="77777777" w:rsidR="00C05EDF" w:rsidRDefault="00C05EDF">
    <w:pPr>
      <w:pStyle w:val="Header"/>
    </w:pPr>
  </w:p>
  <w:p w14:paraId="634260E7" w14:textId="77777777" w:rsidR="00C05EDF" w:rsidRDefault="00C05EDF">
    <w:pPr>
      <w:pStyle w:val="Header"/>
    </w:pPr>
  </w:p>
  <w:p w14:paraId="048C7954" w14:textId="77777777" w:rsidR="00C05EDF" w:rsidRDefault="00C05EDF">
    <w:pPr>
      <w:pStyle w:val="Header"/>
    </w:pPr>
  </w:p>
  <w:p w14:paraId="1C174537" w14:textId="77777777" w:rsidR="00C05EDF" w:rsidRDefault="00C05EDF">
    <w:pPr>
      <w:pStyle w:val="Header"/>
    </w:pPr>
  </w:p>
  <w:p w14:paraId="43C6FD36" w14:textId="77777777" w:rsidR="00C05EDF" w:rsidRPr="004F30C9" w:rsidRDefault="00C05EDF">
    <w:pPr>
      <w:pStyle w:val="Header"/>
    </w:pPr>
  </w:p>
  <w:p w14:paraId="46B73EB3" w14:textId="77777777" w:rsidR="00C05EDF" w:rsidRDefault="00C05E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3936490">
    <w:abstractNumId w:val="8"/>
  </w:num>
  <w:num w:numId="2" w16cid:durableId="1047338931">
    <w:abstractNumId w:val="6"/>
  </w:num>
  <w:num w:numId="3" w16cid:durableId="2023504725">
    <w:abstractNumId w:val="5"/>
  </w:num>
  <w:num w:numId="4" w16cid:durableId="1621375935">
    <w:abstractNumId w:val="4"/>
  </w:num>
  <w:num w:numId="5" w16cid:durableId="1331180401">
    <w:abstractNumId w:val="7"/>
  </w:num>
  <w:num w:numId="6" w16cid:durableId="902646058">
    <w:abstractNumId w:val="3"/>
  </w:num>
  <w:num w:numId="7" w16cid:durableId="1745686132">
    <w:abstractNumId w:val="2"/>
  </w:num>
  <w:num w:numId="8" w16cid:durableId="640312132">
    <w:abstractNumId w:val="1"/>
  </w:num>
  <w:num w:numId="9" w16cid:durableId="919216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TccIpa3jTxTTQBp05fmg7KC3P0wr/BGx/7PASIqEPsF4libbgQtWdQE5IMc7OK00fuG57fDdKyLqdlSkA8j+7Q==" w:salt="x89KpX2GMejVyqRxiE8U+A=="/>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6336"/>
    <w:rsid w:val="000C0AE5"/>
    <w:rsid w:val="0015074B"/>
    <w:rsid w:val="00175B7C"/>
    <w:rsid w:val="0029639D"/>
    <w:rsid w:val="00297BA7"/>
    <w:rsid w:val="00326F90"/>
    <w:rsid w:val="00374537"/>
    <w:rsid w:val="003C1905"/>
    <w:rsid w:val="004B08AE"/>
    <w:rsid w:val="00535486"/>
    <w:rsid w:val="005500CC"/>
    <w:rsid w:val="0055767D"/>
    <w:rsid w:val="005C7158"/>
    <w:rsid w:val="005E2182"/>
    <w:rsid w:val="00703224"/>
    <w:rsid w:val="0077453D"/>
    <w:rsid w:val="00803C9D"/>
    <w:rsid w:val="008F1409"/>
    <w:rsid w:val="0095135B"/>
    <w:rsid w:val="00997458"/>
    <w:rsid w:val="009B2F38"/>
    <w:rsid w:val="009D1139"/>
    <w:rsid w:val="00AA1D8D"/>
    <w:rsid w:val="00B47730"/>
    <w:rsid w:val="00C05EDF"/>
    <w:rsid w:val="00C21850"/>
    <w:rsid w:val="00C24BE0"/>
    <w:rsid w:val="00CB0664"/>
    <w:rsid w:val="00CE4DF5"/>
    <w:rsid w:val="00D70C3B"/>
    <w:rsid w:val="00D9543F"/>
    <w:rsid w:val="00DD52E0"/>
    <w:rsid w:val="00E90F36"/>
    <w:rsid w:val="00F2288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44FAAC"/>
  <w14:defaultImageDpi w14:val="300"/>
  <w15:docId w15:val="{AD75AC1B-8B54-464D-AF9A-1CA0DCC1D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themeColor="accent1"/>
    </w:rPr>
  </w:style>
  <w:style w:type="paragraph" w:styleId="Title">
    <w:name w:val="Title"/>
    <w:basedOn w:val="Normal"/>
    <w:next w:val="Normal"/>
    <w:link w:val="TitleChar"/>
    <w:uiPriority w:val="10"/>
    <w:qFormat/>
    <w:rsid w:val="00FC693F"/>
    <w:pPr>
      <w:pBdr>
        <w:bottom w:val="single" w:sz="8" w:space="4" w:color="000000" w:themeColor="accent1"/>
      </w:pBdr>
      <w:spacing w:after="300" w:line="240" w:lineRule="auto"/>
      <w:contextualSpacing/>
    </w:pPr>
    <w:rPr>
      <w:rFonts w:asciiTheme="majorHAnsi" w:eastAsiaTheme="majorEastAsia" w:hAnsiTheme="majorHAnsi" w:cstheme="majorBidi"/>
      <w:b/>
      <w:color w:val="323E4F"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000000" w:themeColor="accent1"/>
      </w:pBdr>
      <w:spacing w:before="200" w:after="280"/>
      <w:ind w:left="936" w:right="936"/>
    </w:pPr>
    <w:rPr>
      <w:b/>
      <w:bCs/>
      <w:i/>
      <w:iCs/>
      <w:color w:val="000000" w:themeColor="accent1"/>
    </w:rPr>
  </w:style>
  <w:style w:type="character" w:customStyle="1" w:styleId="IntenseQuoteChar">
    <w:name w:val="Intense Quote Char"/>
    <w:basedOn w:val="DefaultParagraphFont"/>
    <w:link w:val="IntenseQuote"/>
    <w:uiPriority w:val="30"/>
    <w:rsid w:val="00FC693F"/>
    <w:rPr>
      <w:b/>
      <w:bCs/>
      <w:i/>
      <w:iCs/>
      <w:color w:val="000000"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000000" w:themeColor="accent1"/>
    </w:rPr>
  </w:style>
  <w:style w:type="character" w:styleId="SubtleReference">
    <w:name w:val="Subtle Reference"/>
    <w:basedOn w:val="DefaultParagraphFont"/>
    <w:uiPriority w:val="31"/>
    <w:qFormat/>
    <w:rsid w:val="00FC693F"/>
    <w:rPr>
      <w:smallCaps/>
      <w:color w:val="043956" w:themeColor="accent2"/>
      <w:u w:val="single"/>
    </w:rPr>
  </w:style>
  <w:style w:type="character" w:styleId="IntenseReference">
    <w:name w:val="Intense Reference"/>
    <w:basedOn w:val="DefaultParagraphFont"/>
    <w:uiPriority w:val="32"/>
    <w:qFormat/>
    <w:rsid w:val="00FC693F"/>
    <w:rPr>
      <w:b/>
      <w:bCs/>
      <w:smallCaps/>
      <w:color w:val="043956"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themeColor="accent1" w:themeShade="BF"/>
    </w:rPr>
    <w:tblPr>
      <w:tblStyleRowBandSize w:val="1"/>
      <w:tblStyleColBandSize w:val="1"/>
      <w:tblBorders>
        <w:top w:val="single" w:sz="8" w:space="0" w:color="000000" w:themeColor="accent1"/>
        <w:bottom w:val="single" w:sz="8" w:space="0" w:color="000000" w:themeColor="accent1"/>
      </w:tblBorders>
    </w:tblPr>
    <w:tblStylePr w:type="fir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la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1" w:themeFillTint="3F"/>
      </w:tcPr>
    </w:tblStylePr>
    <w:tblStylePr w:type="band1Horz">
      <w:tblPr/>
      <w:tcPr>
        <w:tcBorders>
          <w:left w:val="nil"/>
          <w:right w:val="nil"/>
          <w:insideH w:val="nil"/>
          <w:insideV w:val="nil"/>
        </w:tcBorders>
        <w:shd w:val="clear" w:color="auto" w:fill="C0C0C0" w:themeFill="accent1" w:themeFillTint="3F"/>
      </w:tcPr>
    </w:tblStylePr>
  </w:style>
  <w:style w:type="table" w:styleId="LightShading-Accent2">
    <w:name w:val="Light Shading Accent 2"/>
    <w:basedOn w:val="TableNormal"/>
    <w:uiPriority w:val="60"/>
    <w:rsid w:val="00FC693F"/>
    <w:pPr>
      <w:spacing w:after="0" w:line="240" w:lineRule="auto"/>
    </w:pPr>
    <w:rPr>
      <w:color w:val="032A40" w:themeColor="accent2" w:themeShade="BF"/>
    </w:rPr>
    <w:tblPr>
      <w:tblStyleRowBandSize w:val="1"/>
      <w:tblStyleColBandSize w:val="1"/>
      <w:tblBorders>
        <w:top w:val="single" w:sz="8" w:space="0" w:color="043956" w:themeColor="accent2"/>
        <w:bottom w:val="single" w:sz="8" w:space="0" w:color="043956" w:themeColor="accent2"/>
      </w:tblBorders>
    </w:tblPr>
    <w:tblStylePr w:type="firstRow">
      <w:pPr>
        <w:spacing w:before="0" w:after="0" w:line="240" w:lineRule="auto"/>
      </w:pPr>
      <w:rPr>
        <w:b/>
        <w:bCs/>
      </w:rPr>
      <w:tblPr/>
      <w:tcPr>
        <w:tcBorders>
          <w:top w:val="single" w:sz="8" w:space="0" w:color="043956" w:themeColor="accent2"/>
          <w:left w:val="nil"/>
          <w:bottom w:val="single" w:sz="8" w:space="0" w:color="043956" w:themeColor="accent2"/>
          <w:right w:val="nil"/>
          <w:insideH w:val="nil"/>
          <w:insideV w:val="nil"/>
        </w:tcBorders>
      </w:tcPr>
    </w:tblStylePr>
    <w:tblStylePr w:type="lastRow">
      <w:pPr>
        <w:spacing w:before="0" w:after="0" w:line="240" w:lineRule="auto"/>
      </w:pPr>
      <w:rPr>
        <w:b/>
        <w:bCs/>
      </w:rPr>
      <w:tblPr/>
      <w:tcPr>
        <w:tcBorders>
          <w:top w:val="single" w:sz="8" w:space="0" w:color="043956" w:themeColor="accent2"/>
          <w:left w:val="nil"/>
          <w:bottom w:val="single" w:sz="8" w:space="0" w:color="04395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D8FA" w:themeFill="accent2" w:themeFillTint="3F"/>
      </w:tcPr>
    </w:tblStylePr>
    <w:tblStylePr w:type="band1Horz">
      <w:tblPr/>
      <w:tcPr>
        <w:tcBorders>
          <w:left w:val="nil"/>
          <w:right w:val="nil"/>
          <w:insideH w:val="nil"/>
          <w:insideV w:val="nil"/>
        </w:tcBorders>
        <w:shd w:val="clear" w:color="auto" w:fill="9BD8FA" w:themeFill="accent2" w:themeFillTint="3F"/>
      </w:tcPr>
    </w:tblStylePr>
  </w:style>
  <w:style w:type="table" w:styleId="LightShading-Accent3">
    <w:name w:val="Light Shading Accent 3"/>
    <w:basedOn w:val="TableNormal"/>
    <w:uiPriority w:val="60"/>
    <w:rsid w:val="00FC693F"/>
    <w:pPr>
      <w:spacing w:after="0" w:line="240" w:lineRule="auto"/>
    </w:pPr>
    <w:rPr>
      <w:color w:val="B38600" w:themeColor="accent3" w:themeShade="BF"/>
    </w:rPr>
    <w:tblPr>
      <w:tblStyleRowBandSize w:val="1"/>
      <w:tblStyleColBandSize w:val="1"/>
      <w:tblBorders>
        <w:top w:val="single" w:sz="8" w:space="0" w:color="F0B400" w:themeColor="accent3"/>
        <w:bottom w:val="single" w:sz="8" w:space="0" w:color="F0B400" w:themeColor="accent3"/>
      </w:tblBorders>
    </w:tblPr>
    <w:tblStylePr w:type="firstRow">
      <w:pPr>
        <w:spacing w:before="0" w:after="0" w:line="240" w:lineRule="auto"/>
      </w:pPr>
      <w:rPr>
        <w:b/>
        <w:bCs/>
      </w:rPr>
      <w:tblPr/>
      <w:tcPr>
        <w:tcBorders>
          <w:top w:val="single" w:sz="8" w:space="0" w:color="F0B400" w:themeColor="accent3"/>
          <w:left w:val="nil"/>
          <w:bottom w:val="single" w:sz="8" w:space="0" w:color="F0B400" w:themeColor="accent3"/>
          <w:right w:val="nil"/>
          <w:insideH w:val="nil"/>
          <w:insideV w:val="nil"/>
        </w:tcBorders>
      </w:tcPr>
    </w:tblStylePr>
    <w:tblStylePr w:type="lastRow">
      <w:pPr>
        <w:spacing w:before="0" w:after="0" w:line="240" w:lineRule="auto"/>
      </w:pPr>
      <w:rPr>
        <w:b/>
        <w:bCs/>
      </w:rPr>
      <w:tblPr/>
      <w:tcPr>
        <w:tcBorders>
          <w:top w:val="single" w:sz="8" w:space="0" w:color="F0B400" w:themeColor="accent3"/>
          <w:left w:val="nil"/>
          <w:bottom w:val="single" w:sz="8" w:space="0" w:color="F0B4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EBC" w:themeFill="accent3" w:themeFillTint="3F"/>
      </w:tcPr>
    </w:tblStylePr>
    <w:tblStylePr w:type="band1Horz">
      <w:tblPr/>
      <w:tcPr>
        <w:tcBorders>
          <w:left w:val="nil"/>
          <w:right w:val="nil"/>
          <w:insideH w:val="nil"/>
          <w:insideV w:val="nil"/>
        </w:tcBorders>
        <w:shd w:val="clear" w:color="auto" w:fill="FFEEBC" w:themeFill="accent3" w:themeFillTint="3F"/>
      </w:tcPr>
    </w:tblStylePr>
  </w:style>
  <w:style w:type="table" w:styleId="LightShading-Accent4">
    <w:name w:val="Light Shading Accent 4"/>
    <w:basedOn w:val="TableNormal"/>
    <w:uiPriority w:val="60"/>
    <w:rsid w:val="00FC693F"/>
    <w:pPr>
      <w:spacing w:after="0" w:line="240" w:lineRule="auto"/>
    </w:pPr>
    <w:rPr>
      <w:color w:val="034657" w:themeColor="accent4" w:themeShade="BF"/>
    </w:rPr>
    <w:tblPr>
      <w:tblStyleRowBandSize w:val="1"/>
      <w:tblStyleColBandSize w:val="1"/>
      <w:tblBorders>
        <w:top w:val="single" w:sz="8" w:space="0" w:color="045E75" w:themeColor="accent4"/>
        <w:bottom w:val="single" w:sz="8" w:space="0" w:color="045E75" w:themeColor="accent4"/>
      </w:tblBorders>
    </w:tblPr>
    <w:tblStylePr w:type="firstRow">
      <w:pPr>
        <w:spacing w:before="0" w:after="0" w:line="240" w:lineRule="auto"/>
      </w:pPr>
      <w:rPr>
        <w:b/>
        <w:bCs/>
      </w:rPr>
      <w:tblPr/>
      <w:tcPr>
        <w:tcBorders>
          <w:top w:val="single" w:sz="8" w:space="0" w:color="045E75" w:themeColor="accent4"/>
          <w:left w:val="nil"/>
          <w:bottom w:val="single" w:sz="8" w:space="0" w:color="045E75" w:themeColor="accent4"/>
          <w:right w:val="nil"/>
          <w:insideH w:val="nil"/>
          <w:insideV w:val="nil"/>
        </w:tcBorders>
      </w:tcPr>
    </w:tblStylePr>
    <w:tblStylePr w:type="lastRow">
      <w:pPr>
        <w:spacing w:before="0" w:after="0" w:line="240" w:lineRule="auto"/>
      </w:pPr>
      <w:rPr>
        <w:b/>
        <w:bCs/>
      </w:rPr>
      <w:tblPr/>
      <w:tcPr>
        <w:tcBorders>
          <w:top w:val="single" w:sz="8" w:space="0" w:color="045E75" w:themeColor="accent4"/>
          <w:left w:val="nil"/>
          <w:bottom w:val="single" w:sz="8" w:space="0" w:color="045E7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1E9FB" w:themeFill="accent4" w:themeFillTint="3F"/>
      </w:tcPr>
    </w:tblStylePr>
    <w:tblStylePr w:type="band1Horz">
      <w:tblPr/>
      <w:tcPr>
        <w:tcBorders>
          <w:left w:val="nil"/>
          <w:right w:val="nil"/>
          <w:insideH w:val="nil"/>
          <w:insideV w:val="nil"/>
        </w:tcBorders>
        <w:shd w:val="clear" w:color="auto" w:fill="A1E9FB" w:themeFill="accent4" w:themeFillTint="3F"/>
      </w:tcPr>
    </w:tblStylePr>
  </w:style>
  <w:style w:type="table" w:styleId="LightShading-Accent5">
    <w:name w:val="Light Shading Accent 5"/>
    <w:basedOn w:val="TableNormal"/>
    <w:uiPriority w:val="60"/>
    <w:rsid w:val="00FC693F"/>
    <w:pPr>
      <w:spacing w:after="0" w:line="240" w:lineRule="auto"/>
    </w:pPr>
    <w:rPr>
      <w:color w:val="B38600" w:themeColor="accent5" w:themeShade="BF"/>
    </w:rPr>
    <w:tblPr>
      <w:tblStyleRowBandSize w:val="1"/>
      <w:tblStyleColBandSize w:val="1"/>
      <w:tblBorders>
        <w:top w:val="single" w:sz="8" w:space="0" w:color="F0B400" w:themeColor="accent5"/>
        <w:bottom w:val="single" w:sz="8" w:space="0" w:color="F0B400" w:themeColor="accent5"/>
      </w:tblBorders>
    </w:tblPr>
    <w:tblStylePr w:type="firstRow">
      <w:pPr>
        <w:spacing w:before="0" w:after="0" w:line="240" w:lineRule="auto"/>
      </w:pPr>
      <w:rPr>
        <w:b/>
        <w:bCs/>
      </w:rPr>
      <w:tblPr/>
      <w:tcPr>
        <w:tcBorders>
          <w:top w:val="single" w:sz="8" w:space="0" w:color="F0B400" w:themeColor="accent5"/>
          <w:left w:val="nil"/>
          <w:bottom w:val="single" w:sz="8" w:space="0" w:color="F0B400" w:themeColor="accent5"/>
          <w:right w:val="nil"/>
          <w:insideH w:val="nil"/>
          <w:insideV w:val="nil"/>
        </w:tcBorders>
      </w:tcPr>
    </w:tblStylePr>
    <w:tblStylePr w:type="lastRow">
      <w:pPr>
        <w:spacing w:before="0" w:after="0" w:line="240" w:lineRule="auto"/>
      </w:pPr>
      <w:rPr>
        <w:b/>
        <w:bCs/>
      </w:rPr>
      <w:tblPr/>
      <w:tcPr>
        <w:tcBorders>
          <w:top w:val="single" w:sz="8" w:space="0" w:color="F0B400" w:themeColor="accent5"/>
          <w:left w:val="nil"/>
          <w:bottom w:val="single" w:sz="8" w:space="0" w:color="F0B4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EBC" w:themeFill="accent5" w:themeFillTint="3F"/>
      </w:tcPr>
    </w:tblStylePr>
    <w:tblStylePr w:type="band1Horz">
      <w:tblPr/>
      <w:tcPr>
        <w:tcBorders>
          <w:left w:val="nil"/>
          <w:right w:val="nil"/>
          <w:insideH w:val="nil"/>
          <w:insideV w:val="nil"/>
        </w:tcBorders>
        <w:shd w:val="clear" w:color="auto" w:fill="FFEEBC" w:themeFill="accent5" w:themeFillTint="3F"/>
      </w:tcPr>
    </w:tblStylePr>
  </w:style>
  <w:style w:type="table" w:styleId="LightShading-Accent6">
    <w:name w:val="Light Shading Accent 6"/>
    <w:basedOn w:val="TableNormal"/>
    <w:uiPriority w:val="60"/>
    <w:rsid w:val="00FC693F"/>
    <w:pPr>
      <w:spacing w:after="0" w:line="240" w:lineRule="auto"/>
    </w:pPr>
    <w:rPr>
      <w:color w:val="034657" w:themeColor="accent6" w:themeShade="BF"/>
    </w:rPr>
    <w:tblPr>
      <w:tblStyleRowBandSize w:val="1"/>
      <w:tblStyleColBandSize w:val="1"/>
      <w:tblBorders>
        <w:top w:val="single" w:sz="8" w:space="0" w:color="045E75" w:themeColor="accent6"/>
        <w:bottom w:val="single" w:sz="8" w:space="0" w:color="045E75" w:themeColor="accent6"/>
      </w:tblBorders>
    </w:tblPr>
    <w:tblStylePr w:type="firstRow">
      <w:pPr>
        <w:spacing w:before="0" w:after="0" w:line="240" w:lineRule="auto"/>
      </w:pPr>
      <w:rPr>
        <w:b/>
        <w:bCs/>
      </w:rPr>
      <w:tblPr/>
      <w:tcPr>
        <w:tcBorders>
          <w:top w:val="single" w:sz="8" w:space="0" w:color="045E75" w:themeColor="accent6"/>
          <w:left w:val="nil"/>
          <w:bottom w:val="single" w:sz="8" w:space="0" w:color="045E75" w:themeColor="accent6"/>
          <w:right w:val="nil"/>
          <w:insideH w:val="nil"/>
          <w:insideV w:val="nil"/>
        </w:tcBorders>
      </w:tcPr>
    </w:tblStylePr>
    <w:tblStylePr w:type="lastRow">
      <w:pPr>
        <w:spacing w:before="0" w:after="0" w:line="240" w:lineRule="auto"/>
      </w:pPr>
      <w:rPr>
        <w:b/>
        <w:bCs/>
      </w:rPr>
      <w:tblPr/>
      <w:tcPr>
        <w:tcBorders>
          <w:top w:val="single" w:sz="8" w:space="0" w:color="045E75" w:themeColor="accent6"/>
          <w:left w:val="nil"/>
          <w:bottom w:val="single" w:sz="8" w:space="0" w:color="045E7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1E9FB" w:themeFill="accent6" w:themeFillTint="3F"/>
      </w:tcPr>
    </w:tblStylePr>
    <w:tblStylePr w:type="band1Horz">
      <w:tblPr/>
      <w:tcPr>
        <w:tcBorders>
          <w:left w:val="nil"/>
          <w:right w:val="nil"/>
          <w:insideH w:val="nil"/>
          <w:insideV w:val="nil"/>
        </w:tcBorders>
        <w:shd w:val="clear" w:color="auto" w:fill="A1E9FB"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000000" w:themeColor="accent1"/>
        <w:left w:val="single" w:sz="8" w:space="0" w:color="000000" w:themeColor="accent1"/>
        <w:bottom w:val="single" w:sz="8" w:space="0" w:color="000000" w:themeColor="accent1"/>
        <w:right w:val="single" w:sz="8" w:space="0" w:color="000000" w:themeColor="accent1"/>
      </w:tblBorders>
    </w:tblPr>
    <w:tblStylePr w:type="firstRow">
      <w:pPr>
        <w:spacing w:before="0" w:after="0" w:line="240" w:lineRule="auto"/>
      </w:pPr>
      <w:rPr>
        <w:b/>
        <w:bCs/>
        <w:color w:val="FFFFFF" w:themeColor="background1"/>
      </w:rPr>
      <w:tblPr/>
      <w:tcPr>
        <w:shd w:val="clear" w:color="auto" w:fill="000000" w:themeFill="accent1"/>
      </w:tcPr>
    </w:tblStylePr>
    <w:tblStylePr w:type="lastRow">
      <w:pPr>
        <w:spacing w:before="0" w:after="0" w:line="240" w:lineRule="auto"/>
      </w:pPr>
      <w:rPr>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tcBorders>
      </w:tcPr>
    </w:tblStylePr>
    <w:tblStylePr w:type="firstCol">
      <w:rPr>
        <w:b/>
        <w:bCs/>
      </w:rPr>
    </w:tblStylePr>
    <w:tblStylePr w:type="lastCol">
      <w:rPr>
        <w:b/>
        <w:bCs/>
      </w:r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043956" w:themeColor="accent2"/>
        <w:left w:val="single" w:sz="8" w:space="0" w:color="043956" w:themeColor="accent2"/>
        <w:bottom w:val="single" w:sz="8" w:space="0" w:color="043956" w:themeColor="accent2"/>
        <w:right w:val="single" w:sz="8" w:space="0" w:color="043956" w:themeColor="accent2"/>
      </w:tblBorders>
    </w:tblPr>
    <w:tblStylePr w:type="firstRow">
      <w:pPr>
        <w:spacing w:before="0" w:after="0" w:line="240" w:lineRule="auto"/>
      </w:pPr>
      <w:rPr>
        <w:b/>
        <w:bCs/>
        <w:color w:val="FFFFFF" w:themeColor="background1"/>
      </w:rPr>
      <w:tblPr/>
      <w:tcPr>
        <w:shd w:val="clear" w:color="auto" w:fill="043956" w:themeFill="accent2"/>
      </w:tcPr>
    </w:tblStylePr>
    <w:tblStylePr w:type="lastRow">
      <w:pPr>
        <w:spacing w:before="0" w:after="0" w:line="240" w:lineRule="auto"/>
      </w:pPr>
      <w:rPr>
        <w:b/>
        <w:bCs/>
      </w:rPr>
      <w:tblPr/>
      <w:tcPr>
        <w:tcBorders>
          <w:top w:val="double" w:sz="6" w:space="0" w:color="043956" w:themeColor="accent2"/>
          <w:left w:val="single" w:sz="8" w:space="0" w:color="043956" w:themeColor="accent2"/>
          <w:bottom w:val="single" w:sz="8" w:space="0" w:color="043956" w:themeColor="accent2"/>
          <w:right w:val="single" w:sz="8" w:space="0" w:color="043956" w:themeColor="accent2"/>
        </w:tcBorders>
      </w:tcPr>
    </w:tblStylePr>
    <w:tblStylePr w:type="firstCol">
      <w:rPr>
        <w:b/>
        <w:bCs/>
      </w:rPr>
    </w:tblStylePr>
    <w:tblStylePr w:type="lastCol">
      <w:rPr>
        <w:b/>
        <w:bCs/>
      </w:rPr>
    </w:tblStylePr>
    <w:tblStylePr w:type="band1Vert">
      <w:tblPr/>
      <w:tcPr>
        <w:tcBorders>
          <w:top w:val="single" w:sz="8" w:space="0" w:color="043956" w:themeColor="accent2"/>
          <w:left w:val="single" w:sz="8" w:space="0" w:color="043956" w:themeColor="accent2"/>
          <w:bottom w:val="single" w:sz="8" w:space="0" w:color="043956" w:themeColor="accent2"/>
          <w:right w:val="single" w:sz="8" w:space="0" w:color="043956" w:themeColor="accent2"/>
        </w:tcBorders>
      </w:tcPr>
    </w:tblStylePr>
    <w:tblStylePr w:type="band1Horz">
      <w:tblPr/>
      <w:tcPr>
        <w:tcBorders>
          <w:top w:val="single" w:sz="8" w:space="0" w:color="043956" w:themeColor="accent2"/>
          <w:left w:val="single" w:sz="8" w:space="0" w:color="043956" w:themeColor="accent2"/>
          <w:bottom w:val="single" w:sz="8" w:space="0" w:color="043956" w:themeColor="accent2"/>
          <w:right w:val="single" w:sz="8" w:space="0" w:color="043956"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F0B400" w:themeColor="accent3"/>
        <w:left w:val="single" w:sz="8" w:space="0" w:color="F0B400" w:themeColor="accent3"/>
        <w:bottom w:val="single" w:sz="8" w:space="0" w:color="F0B400" w:themeColor="accent3"/>
        <w:right w:val="single" w:sz="8" w:space="0" w:color="F0B400" w:themeColor="accent3"/>
      </w:tblBorders>
    </w:tblPr>
    <w:tblStylePr w:type="firstRow">
      <w:pPr>
        <w:spacing w:before="0" w:after="0" w:line="240" w:lineRule="auto"/>
      </w:pPr>
      <w:rPr>
        <w:b/>
        <w:bCs/>
        <w:color w:val="FFFFFF" w:themeColor="background1"/>
      </w:rPr>
      <w:tblPr/>
      <w:tcPr>
        <w:shd w:val="clear" w:color="auto" w:fill="F0B400" w:themeFill="accent3"/>
      </w:tcPr>
    </w:tblStylePr>
    <w:tblStylePr w:type="lastRow">
      <w:pPr>
        <w:spacing w:before="0" w:after="0" w:line="240" w:lineRule="auto"/>
      </w:pPr>
      <w:rPr>
        <w:b/>
        <w:bCs/>
      </w:rPr>
      <w:tblPr/>
      <w:tcPr>
        <w:tcBorders>
          <w:top w:val="double" w:sz="6" w:space="0" w:color="F0B400" w:themeColor="accent3"/>
          <w:left w:val="single" w:sz="8" w:space="0" w:color="F0B400" w:themeColor="accent3"/>
          <w:bottom w:val="single" w:sz="8" w:space="0" w:color="F0B400" w:themeColor="accent3"/>
          <w:right w:val="single" w:sz="8" w:space="0" w:color="F0B400" w:themeColor="accent3"/>
        </w:tcBorders>
      </w:tcPr>
    </w:tblStylePr>
    <w:tblStylePr w:type="firstCol">
      <w:rPr>
        <w:b/>
        <w:bCs/>
      </w:rPr>
    </w:tblStylePr>
    <w:tblStylePr w:type="lastCol">
      <w:rPr>
        <w:b/>
        <w:bCs/>
      </w:rPr>
    </w:tblStylePr>
    <w:tblStylePr w:type="band1Vert">
      <w:tblPr/>
      <w:tcPr>
        <w:tcBorders>
          <w:top w:val="single" w:sz="8" w:space="0" w:color="F0B400" w:themeColor="accent3"/>
          <w:left w:val="single" w:sz="8" w:space="0" w:color="F0B400" w:themeColor="accent3"/>
          <w:bottom w:val="single" w:sz="8" w:space="0" w:color="F0B400" w:themeColor="accent3"/>
          <w:right w:val="single" w:sz="8" w:space="0" w:color="F0B400" w:themeColor="accent3"/>
        </w:tcBorders>
      </w:tcPr>
    </w:tblStylePr>
    <w:tblStylePr w:type="band1Horz">
      <w:tblPr/>
      <w:tcPr>
        <w:tcBorders>
          <w:top w:val="single" w:sz="8" w:space="0" w:color="F0B400" w:themeColor="accent3"/>
          <w:left w:val="single" w:sz="8" w:space="0" w:color="F0B400" w:themeColor="accent3"/>
          <w:bottom w:val="single" w:sz="8" w:space="0" w:color="F0B400" w:themeColor="accent3"/>
          <w:right w:val="single" w:sz="8" w:space="0" w:color="F0B400"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45E75" w:themeColor="accent4"/>
        <w:left w:val="single" w:sz="8" w:space="0" w:color="045E75" w:themeColor="accent4"/>
        <w:bottom w:val="single" w:sz="8" w:space="0" w:color="045E75" w:themeColor="accent4"/>
        <w:right w:val="single" w:sz="8" w:space="0" w:color="045E75" w:themeColor="accent4"/>
      </w:tblBorders>
    </w:tblPr>
    <w:tblStylePr w:type="firstRow">
      <w:pPr>
        <w:spacing w:before="0" w:after="0" w:line="240" w:lineRule="auto"/>
      </w:pPr>
      <w:rPr>
        <w:b/>
        <w:bCs/>
        <w:color w:val="FFFFFF" w:themeColor="background1"/>
      </w:rPr>
      <w:tblPr/>
      <w:tcPr>
        <w:shd w:val="clear" w:color="auto" w:fill="045E75" w:themeFill="accent4"/>
      </w:tcPr>
    </w:tblStylePr>
    <w:tblStylePr w:type="lastRow">
      <w:pPr>
        <w:spacing w:before="0" w:after="0" w:line="240" w:lineRule="auto"/>
      </w:pPr>
      <w:rPr>
        <w:b/>
        <w:bCs/>
      </w:rPr>
      <w:tblPr/>
      <w:tcPr>
        <w:tcBorders>
          <w:top w:val="double" w:sz="6" w:space="0" w:color="045E75" w:themeColor="accent4"/>
          <w:left w:val="single" w:sz="8" w:space="0" w:color="045E75" w:themeColor="accent4"/>
          <w:bottom w:val="single" w:sz="8" w:space="0" w:color="045E75" w:themeColor="accent4"/>
          <w:right w:val="single" w:sz="8" w:space="0" w:color="045E75" w:themeColor="accent4"/>
        </w:tcBorders>
      </w:tcPr>
    </w:tblStylePr>
    <w:tblStylePr w:type="firstCol">
      <w:rPr>
        <w:b/>
        <w:bCs/>
      </w:rPr>
    </w:tblStylePr>
    <w:tblStylePr w:type="lastCol">
      <w:rPr>
        <w:b/>
        <w:bCs/>
      </w:rPr>
    </w:tblStylePr>
    <w:tblStylePr w:type="band1Vert">
      <w:tblPr/>
      <w:tcPr>
        <w:tcBorders>
          <w:top w:val="single" w:sz="8" w:space="0" w:color="045E75" w:themeColor="accent4"/>
          <w:left w:val="single" w:sz="8" w:space="0" w:color="045E75" w:themeColor="accent4"/>
          <w:bottom w:val="single" w:sz="8" w:space="0" w:color="045E75" w:themeColor="accent4"/>
          <w:right w:val="single" w:sz="8" w:space="0" w:color="045E75" w:themeColor="accent4"/>
        </w:tcBorders>
      </w:tcPr>
    </w:tblStylePr>
    <w:tblStylePr w:type="band1Horz">
      <w:tblPr/>
      <w:tcPr>
        <w:tcBorders>
          <w:top w:val="single" w:sz="8" w:space="0" w:color="045E75" w:themeColor="accent4"/>
          <w:left w:val="single" w:sz="8" w:space="0" w:color="045E75" w:themeColor="accent4"/>
          <w:bottom w:val="single" w:sz="8" w:space="0" w:color="045E75" w:themeColor="accent4"/>
          <w:right w:val="single" w:sz="8" w:space="0" w:color="045E7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F0B400" w:themeColor="accent5"/>
        <w:left w:val="single" w:sz="8" w:space="0" w:color="F0B400" w:themeColor="accent5"/>
        <w:bottom w:val="single" w:sz="8" w:space="0" w:color="F0B400" w:themeColor="accent5"/>
        <w:right w:val="single" w:sz="8" w:space="0" w:color="F0B400" w:themeColor="accent5"/>
      </w:tblBorders>
    </w:tblPr>
    <w:tblStylePr w:type="firstRow">
      <w:pPr>
        <w:spacing w:before="0" w:after="0" w:line="240" w:lineRule="auto"/>
      </w:pPr>
      <w:rPr>
        <w:b/>
        <w:bCs/>
        <w:color w:val="FFFFFF" w:themeColor="background1"/>
      </w:rPr>
      <w:tblPr/>
      <w:tcPr>
        <w:shd w:val="clear" w:color="auto" w:fill="F0B400" w:themeFill="accent5"/>
      </w:tcPr>
    </w:tblStylePr>
    <w:tblStylePr w:type="lastRow">
      <w:pPr>
        <w:spacing w:before="0" w:after="0" w:line="240" w:lineRule="auto"/>
      </w:pPr>
      <w:rPr>
        <w:b/>
        <w:bCs/>
      </w:rPr>
      <w:tblPr/>
      <w:tcPr>
        <w:tcBorders>
          <w:top w:val="double" w:sz="6" w:space="0" w:color="F0B400" w:themeColor="accent5"/>
          <w:left w:val="single" w:sz="8" w:space="0" w:color="F0B400" w:themeColor="accent5"/>
          <w:bottom w:val="single" w:sz="8" w:space="0" w:color="F0B400" w:themeColor="accent5"/>
          <w:right w:val="single" w:sz="8" w:space="0" w:color="F0B400" w:themeColor="accent5"/>
        </w:tcBorders>
      </w:tcPr>
    </w:tblStylePr>
    <w:tblStylePr w:type="firstCol">
      <w:rPr>
        <w:b/>
        <w:bCs/>
      </w:rPr>
    </w:tblStylePr>
    <w:tblStylePr w:type="lastCol">
      <w:rPr>
        <w:b/>
        <w:bCs/>
      </w:rPr>
    </w:tblStylePr>
    <w:tblStylePr w:type="band1Vert">
      <w:tblPr/>
      <w:tcPr>
        <w:tcBorders>
          <w:top w:val="single" w:sz="8" w:space="0" w:color="F0B400" w:themeColor="accent5"/>
          <w:left w:val="single" w:sz="8" w:space="0" w:color="F0B400" w:themeColor="accent5"/>
          <w:bottom w:val="single" w:sz="8" w:space="0" w:color="F0B400" w:themeColor="accent5"/>
          <w:right w:val="single" w:sz="8" w:space="0" w:color="F0B400" w:themeColor="accent5"/>
        </w:tcBorders>
      </w:tcPr>
    </w:tblStylePr>
    <w:tblStylePr w:type="band1Horz">
      <w:tblPr/>
      <w:tcPr>
        <w:tcBorders>
          <w:top w:val="single" w:sz="8" w:space="0" w:color="F0B400" w:themeColor="accent5"/>
          <w:left w:val="single" w:sz="8" w:space="0" w:color="F0B400" w:themeColor="accent5"/>
          <w:bottom w:val="single" w:sz="8" w:space="0" w:color="F0B400" w:themeColor="accent5"/>
          <w:right w:val="single" w:sz="8" w:space="0" w:color="F0B400"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045E75" w:themeColor="accent6"/>
        <w:left w:val="single" w:sz="8" w:space="0" w:color="045E75" w:themeColor="accent6"/>
        <w:bottom w:val="single" w:sz="8" w:space="0" w:color="045E75" w:themeColor="accent6"/>
        <w:right w:val="single" w:sz="8" w:space="0" w:color="045E75" w:themeColor="accent6"/>
      </w:tblBorders>
    </w:tblPr>
    <w:tblStylePr w:type="firstRow">
      <w:pPr>
        <w:spacing w:before="0" w:after="0" w:line="240" w:lineRule="auto"/>
      </w:pPr>
      <w:rPr>
        <w:b/>
        <w:bCs/>
        <w:color w:val="FFFFFF" w:themeColor="background1"/>
      </w:rPr>
      <w:tblPr/>
      <w:tcPr>
        <w:shd w:val="clear" w:color="auto" w:fill="045E75" w:themeFill="accent6"/>
      </w:tcPr>
    </w:tblStylePr>
    <w:tblStylePr w:type="lastRow">
      <w:pPr>
        <w:spacing w:before="0" w:after="0" w:line="240" w:lineRule="auto"/>
      </w:pPr>
      <w:rPr>
        <w:b/>
        <w:bCs/>
      </w:rPr>
      <w:tblPr/>
      <w:tcPr>
        <w:tcBorders>
          <w:top w:val="double" w:sz="6" w:space="0" w:color="045E75" w:themeColor="accent6"/>
          <w:left w:val="single" w:sz="8" w:space="0" w:color="045E75" w:themeColor="accent6"/>
          <w:bottom w:val="single" w:sz="8" w:space="0" w:color="045E75" w:themeColor="accent6"/>
          <w:right w:val="single" w:sz="8" w:space="0" w:color="045E75" w:themeColor="accent6"/>
        </w:tcBorders>
      </w:tcPr>
    </w:tblStylePr>
    <w:tblStylePr w:type="firstCol">
      <w:rPr>
        <w:b/>
        <w:bCs/>
      </w:rPr>
    </w:tblStylePr>
    <w:tblStylePr w:type="lastCol">
      <w:rPr>
        <w:b/>
        <w:bCs/>
      </w:rPr>
    </w:tblStylePr>
    <w:tblStylePr w:type="band1Vert">
      <w:tblPr/>
      <w:tcPr>
        <w:tcBorders>
          <w:top w:val="single" w:sz="8" w:space="0" w:color="045E75" w:themeColor="accent6"/>
          <w:left w:val="single" w:sz="8" w:space="0" w:color="045E75" w:themeColor="accent6"/>
          <w:bottom w:val="single" w:sz="8" w:space="0" w:color="045E75" w:themeColor="accent6"/>
          <w:right w:val="single" w:sz="8" w:space="0" w:color="045E75" w:themeColor="accent6"/>
        </w:tcBorders>
      </w:tcPr>
    </w:tblStylePr>
    <w:tblStylePr w:type="band1Horz">
      <w:tblPr/>
      <w:tcPr>
        <w:tcBorders>
          <w:top w:val="single" w:sz="8" w:space="0" w:color="045E75" w:themeColor="accent6"/>
          <w:left w:val="single" w:sz="8" w:space="0" w:color="045E75" w:themeColor="accent6"/>
          <w:bottom w:val="single" w:sz="8" w:space="0" w:color="045E75" w:themeColor="accent6"/>
          <w:right w:val="single" w:sz="8" w:space="0" w:color="045E75"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1"/>
          <w:left w:val="single" w:sz="8" w:space="0" w:color="000000" w:themeColor="accent1"/>
          <w:bottom w:val="single" w:sz="18" w:space="0" w:color="000000" w:themeColor="accent1"/>
          <w:right w:val="single" w:sz="8" w:space="0" w:color="000000" w:themeColor="accent1"/>
          <w:insideH w:val="nil"/>
          <w:insideV w:val="single" w:sz="8" w:space="0" w:color="0000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insideH w:val="nil"/>
          <w:insideV w:val="single" w:sz="8" w:space="0" w:color="0000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shd w:val="clear" w:color="auto" w:fill="C0C0C0" w:themeFill="accent1" w:themeFillTint="3F"/>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shd w:val="clear" w:color="auto" w:fill="C0C0C0" w:themeFill="accent1" w:themeFillTint="3F"/>
      </w:tcPr>
    </w:tblStylePr>
    <w:tblStylePr w:type="band2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043956" w:themeColor="accent2"/>
        <w:left w:val="single" w:sz="8" w:space="0" w:color="043956" w:themeColor="accent2"/>
        <w:bottom w:val="single" w:sz="8" w:space="0" w:color="043956" w:themeColor="accent2"/>
        <w:right w:val="single" w:sz="8" w:space="0" w:color="043956" w:themeColor="accent2"/>
        <w:insideH w:val="single" w:sz="8" w:space="0" w:color="043956" w:themeColor="accent2"/>
        <w:insideV w:val="single" w:sz="8" w:space="0" w:color="04395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3956" w:themeColor="accent2"/>
          <w:left w:val="single" w:sz="8" w:space="0" w:color="043956" w:themeColor="accent2"/>
          <w:bottom w:val="single" w:sz="18" w:space="0" w:color="043956" w:themeColor="accent2"/>
          <w:right w:val="single" w:sz="8" w:space="0" w:color="043956" w:themeColor="accent2"/>
          <w:insideH w:val="nil"/>
          <w:insideV w:val="single" w:sz="8" w:space="0" w:color="04395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3956" w:themeColor="accent2"/>
          <w:left w:val="single" w:sz="8" w:space="0" w:color="043956" w:themeColor="accent2"/>
          <w:bottom w:val="single" w:sz="8" w:space="0" w:color="043956" w:themeColor="accent2"/>
          <w:right w:val="single" w:sz="8" w:space="0" w:color="043956" w:themeColor="accent2"/>
          <w:insideH w:val="nil"/>
          <w:insideV w:val="single" w:sz="8" w:space="0" w:color="04395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3956" w:themeColor="accent2"/>
          <w:left w:val="single" w:sz="8" w:space="0" w:color="043956" w:themeColor="accent2"/>
          <w:bottom w:val="single" w:sz="8" w:space="0" w:color="043956" w:themeColor="accent2"/>
          <w:right w:val="single" w:sz="8" w:space="0" w:color="043956" w:themeColor="accent2"/>
        </w:tcBorders>
      </w:tcPr>
    </w:tblStylePr>
    <w:tblStylePr w:type="band1Vert">
      <w:tblPr/>
      <w:tcPr>
        <w:tcBorders>
          <w:top w:val="single" w:sz="8" w:space="0" w:color="043956" w:themeColor="accent2"/>
          <w:left w:val="single" w:sz="8" w:space="0" w:color="043956" w:themeColor="accent2"/>
          <w:bottom w:val="single" w:sz="8" w:space="0" w:color="043956" w:themeColor="accent2"/>
          <w:right w:val="single" w:sz="8" w:space="0" w:color="043956" w:themeColor="accent2"/>
        </w:tcBorders>
        <w:shd w:val="clear" w:color="auto" w:fill="9BD8FA" w:themeFill="accent2" w:themeFillTint="3F"/>
      </w:tcPr>
    </w:tblStylePr>
    <w:tblStylePr w:type="band1Horz">
      <w:tblPr/>
      <w:tcPr>
        <w:tcBorders>
          <w:top w:val="single" w:sz="8" w:space="0" w:color="043956" w:themeColor="accent2"/>
          <w:left w:val="single" w:sz="8" w:space="0" w:color="043956" w:themeColor="accent2"/>
          <w:bottom w:val="single" w:sz="8" w:space="0" w:color="043956" w:themeColor="accent2"/>
          <w:right w:val="single" w:sz="8" w:space="0" w:color="043956" w:themeColor="accent2"/>
          <w:insideV w:val="single" w:sz="8" w:space="0" w:color="043956" w:themeColor="accent2"/>
        </w:tcBorders>
        <w:shd w:val="clear" w:color="auto" w:fill="9BD8FA" w:themeFill="accent2" w:themeFillTint="3F"/>
      </w:tcPr>
    </w:tblStylePr>
    <w:tblStylePr w:type="band2Horz">
      <w:tblPr/>
      <w:tcPr>
        <w:tcBorders>
          <w:top w:val="single" w:sz="8" w:space="0" w:color="043956" w:themeColor="accent2"/>
          <w:left w:val="single" w:sz="8" w:space="0" w:color="043956" w:themeColor="accent2"/>
          <w:bottom w:val="single" w:sz="8" w:space="0" w:color="043956" w:themeColor="accent2"/>
          <w:right w:val="single" w:sz="8" w:space="0" w:color="043956" w:themeColor="accent2"/>
          <w:insideV w:val="single" w:sz="8" w:space="0" w:color="043956"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F0B400" w:themeColor="accent3"/>
        <w:left w:val="single" w:sz="8" w:space="0" w:color="F0B400" w:themeColor="accent3"/>
        <w:bottom w:val="single" w:sz="8" w:space="0" w:color="F0B400" w:themeColor="accent3"/>
        <w:right w:val="single" w:sz="8" w:space="0" w:color="F0B400" w:themeColor="accent3"/>
        <w:insideH w:val="single" w:sz="8" w:space="0" w:color="F0B400" w:themeColor="accent3"/>
        <w:insideV w:val="single" w:sz="8" w:space="0" w:color="F0B4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B400" w:themeColor="accent3"/>
          <w:left w:val="single" w:sz="8" w:space="0" w:color="F0B400" w:themeColor="accent3"/>
          <w:bottom w:val="single" w:sz="18" w:space="0" w:color="F0B400" w:themeColor="accent3"/>
          <w:right w:val="single" w:sz="8" w:space="0" w:color="F0B400" w:themeColor="accent3"/>
          <w:insideH w:val="nil"/>
          <w:insideV w:val="single" w:sz="8" w:space="0" w:color="F0B4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B400" w:themeColor="accent3"/>
          <w:left w:val="single" w:sz="8" w:space="0" w:color="F0B400" w:themeColor="accent3"/>
          <w:bottom w:val="single" w:sz="8" w:space="0" w:color="F0B400" w:themeColor="accent3"/>
          <w:right w:val="single" w:sz="8" w:space="0" w:color="F0B400" w:themeColor="accent3"/>
          <w:insideH w:val="nil"/>
          <w:insideV w:val="single" w:sz="8" w:space="0" w:color="F0B4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B400" w:themeColor="accent3"/>
          <w:left w:val="single" w:sz="8" w:space="0" w:color="F0B400" w:themeColor="accent3"/>
          <w:bottom w:val="single" w:sz="8" w:space="0" w:color="F0B400" w:themeColor="accent3"/>
          <w:right w:val="single" w:sz="8" w:space="0" w:color="F0B400" w:themeColor="accent3"/>
        </w:tcBorders>
      </w:tcPr>
    </w:tblStylePr>
    <w:tblStylePr w:type="band1Vert">
      <w:tblPr/>
      <w:tcPr>
        <w:tcBorders>
          <w:top w:val="single" w:sz="8" w:space="0" w:color="F0B400" w:themeColor="accent3"/>
          <w:left w:val="single" w:sz="8" w:space="0" w:color="F0B400" w:themeColor="accent3"/>
          <w:bottom w:val="single" w:sz="8" w:space="0" w:color="F0B400" w:themeColor="accent3"/>
          <w:right w:val="single" w:sz="8" w:space="0" w:color="F0B400" w:themeColor="accent3"/>
        </w:tcBorders>
        <w:shd w:val="clear" w:color="auto" w:fill="FFEEBC" w:themeFill="accent3" w:themeFillTint="3F"/>
      </w:tcPr>
    </w:tblStylePr>
    <w:tblStylePr w:type="band1Horz">
      <w:tblPr/>
      <w:tcPr>
        <w:tcBorders>
          <w:top w:val="single" w:sz="8" w:space="0" w:color="F0B400" w:themeColor="accent3"/>
          <w:left w:val="single" w:sz="8" w:space="0" w:color="F0B400" w:themeColor="accent3"/>
          <w:bottom w:val="single" w:sz="8" w:space="0" w:color="F0B400" w:themeColor="accent3"/>
          <w:right w:val="single" w:sz="8" w:space="0" w:color="F0B400" w:themeColor="accent3"/>
          <w:insideV w:val="single" w:sz="8" w:space="0" w:color="F0B400" w:themeColor="accent3"/>
        </w:tcBorders>
        <w:shd w:val="clear" w:color="auto" w:fill="FFEEBC" w:themeFill="accent3" w:themeFillTint="3F"/>
      </w:tcPr>
    </w:tblStylePr>
    <w:tblStylePr w:type="band2Horz">
      <w:tblPr/>
      <w:tcPr>
        <w:tcBorders>
          <w:top w:val="single" w:sz="8" w:space="0" w:color="F0B400" w:themeColor="accent3"/>
          <w:left w:val="single" w:sz="8" w:space="0" w:color="F0B400" w:themeColor="accent3"/>
          <w:bottom w:val="single" w:sz="8" w:space="0" w:color="F0B400" w:themeColor="accent3"/>
          <w:right w:val="single" w:sz="8" w:space="0" w:color="F0B400" w:themeColor="accent3"/>
          <w:insideV w:val="single" w:sz="8" w:space="0" w:color="F0B400"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45E75" w:themeColor="accent4"/>
        <w:left w:val="single" w:sz="8" w:space="0" w:color="045E75" w:themeColor="accent4"/>
        <w:bottom w:val="single" w:sz="8" w:space="0" w:color="045E75" w:themeColor="accent4"/>
        <w:right w:val="single" w:sz="8" w:space="0" w:color="045E75" w:themeColor="accent4"/>
        <w:insideH w:val="single" w:sz="8" w:space="0" w:color="045E75" w:themeColor="accent4"/>
        <w:insideV w:val="single" w:sz="8" w:space="0" w:color="045E7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5E75" w:themeColor="accent4"/>
          <w:left w:val="single" w:sz="8" w:space="0" w:color="045E75" w:themeColor="accent4"/>
          <w:bottom w:val="single" w:sz="18" w:space="0" w:color="045E75" w:themeColor="accent4"/>
          <w:right w:val="single" w:sz="8" w:space="0" w:color="045E75" w:themeColor="accent4"/>
          <w:insideH w:val="nil"/>
          <w:insideV w:val="single" w:sz="8" w:space="0" w:color="045E7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5E75" w:themeColor="accent4"/>
          <w:left w:val="single" w:sz="8" w:space="0" w:color="045E75" w:themeColor="accent4"/>
          <w:bottom w:val="single" w:sz="8" w:space="0" w:color="045E75" w:themeColor="accent4"/>
          <w:right w:val="single" w:sz="8" w:space="0" w:color="045E75" w:themeColor="accent4"/>
          <w:insideH w:val="nil"/>
          <w:insideV w:val="single" w:sz="8" w:space="0" w:color="045E7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5E75" w:themeColor="accent4"/>
          <w:left w:val="single" w:sz="8" w:space="0" w:color="045E75" w:themeColor="accent4"/>
          <w:bottom w:val="single" w:sz="8" w:space="0" w:color="045E75" w:themeColor="accent4"/>
          <w:right w:val="single" w:sz="8" w:space="0" w:color="045E75" w:themeColor="accent4"/>
        </w:tcBorders>
      </w:tcPr>
    </w:tblStylePr>
    <w:tblStylePr w:type="band1Vert">
      <w:tblPr/>
      <w:tcPr>
        <w:tcBorders>
          <w:top w:val="single" w:sz="8" w:space="0" w:color="045E75" w:themeColor="accent4"/>
          <w:left w:val="single" w:sz="8" w:space="0" w:color="045E75" w:themeColor="accent4"/>
          <w:bottom w:val="single" w:sz="8" w:space="0" w:color="045E75" w:themeColor="accent4"/>
          <w:right w:val="single" w:sz="8" w:space="0" w:color="045E75" w:themeColor="accent4"/>
        </w:tcBorders>
        <w:shd w:val="clear" w:color="auto" w:fill="A1E9FB" w:themeFill="accent4" w:themeFillTint="3F"/>
      </w:tcPr>
    </w:tblStylePr>
    <w:tblStylePr w:type="band1Horz">
      <w:tblPr/>
      <w:tcPr>
        <w:tcBorders>
          <w:top w:val="single" w:sz="8" w:space="0" w:color="045E75" w:themeColor="accent4"/>
          <w:left w:val="single" w:sz="8" w:space="0" w:color="045E75" w:themeColor="accent4"/>
          <w:bottom w:val="single" w:sz="8" w:space="0" w:color="045E75" w:themeColor="accent4"/>
          <w:right w:val="single" w:sz="8" w:space="0" w:color="045E75" w:themeColor="accent4"/>
          <w:insideV w:val="single" w:sz="8" w:space="0" w:color="045E75" w:themeColor="accent4"/>
        </w:tcBorders>
        <w:shd w:val="clear" w:color="auto" w:fill="A1E9FB" w:themeFill="accent4" w:themeFillTint="3F"/>
      </w:tcPr>
    </w:tblStylePr>
    <w:tblStylePr w:type="band2Horz">
      <w:tblPr/>
      <w:tcPr>
        <w:tcBorders>
          <w:top w:val="single" w:sz="8" w:space="0" w:color="045E75" w:themeColor="accent4"/>
          <w:left w:val="single" w:sz="8" w:space="0" w:color="045E75" w:themeColor="accent4"/>
          <w:bottom w:val="single" w:sz="8" w:space="0" w:color="045E75" w:themeColor="accent4"/>
          <w:right w:val="single" w:sz="8" w:space="0" w:color="045E75" w:themeColor="accent4"/>
          <w:insideV w:val="single" w:sz="8" w:space="0" w:color="045E7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F0B400" w:themeColor="accent5"/>
        <w:left w:val="single" w:sz="8" w:space="0" w:color="F0B400" w:themeColor="accent5"/>
        <w:bottom w:val="single" w:sz="8" w:space="0" w:color="F0B400" w:themeColor="accent5"/>
        <w:right w:val="single" w:sz="8" w:space="0" w:color="F0B400" w:themeColor="accent5"/>
        <w:insideH w:val="single" w:sz="8" w:space="0" w:color="F0B400" w:themeColor="accent5"/>
        <w:insideV w:val="single" w:sz="8" w:space="0" w:color="F0B4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B400" w:themeColor="accent5"/>
          <w:left w:val="single" w:sz="8" w:space="0" w:color="F0B400" w:themeColor="accent5"/>
          <w:bottom w:val="single" w:sz="18" w:space="0" w:color="F0B400" w:themeColor="accent5"/>
          <w:right w:val="single" w:sz="8" w:space="0" w:color="F0B400" w:themeColor="accent5"/>
          <w:insideH w:val="nil"/>
          <w:insideV w:val="single" w:sz="8" w:space="0" w:color="F0B4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B400" w:themeColor="accent5"/>
          <w:left w:val="single" w:sz="8" w:space="0" w:color="F0B400" w:themeColor="accent5"/>
          <w:bottom w:val="single" w:sz="8" w:space="0" w:color="F0B400" w:themeColor="accent5"/>
          <w:right w:val="single" w:sz="8" w:space="0" w:color="F0B400" w:themeColor="accent5"/>
          <w:insideH w:val="nil"/>
          <w:insideV w:val="single" w:sz="8" w:space="0" w:color="F0B4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B400" w:themeColor="accent5"/>
          <w:left w:val="single" w:sz="8" w:space="0" w:color="F0B400" w:themeColor="accent5"/>
          <w:bottom w:val="single" w:sz="8" w:space="0" w:color="F0B400" w:themeColor="accent5"/>
          <w:right w:val="single" w:sz="8" w:space="0" w:color="F0B400" w:themeColor="accent5"/>
        </w:tcBorders>
      </w:tcPr>
    </w:tblStylePr>
    <w:tblStylePr w:type="band1Vert">
      <w:tblPr/>
      <w:tcPr>
        <w:tcBorders>
          <w:top w:val="single" w:sz="8" w:space="0" w:color="F0B400" w:themeColor="accent5"/>
          <w:left w:val="single" w:sz="8" w:space="0" w:color="F0B400" w:themeColor="accent5"/>
          <w:bottom w:val="single" w:sz="8" w:space="0" w:color="F0B400" w:themeColor="accent5"/>
          <w:right w:val="single" w:sz="8" w:space="0" w:color="F0B400" w:themeColor="accent5"/>
        </w:tcBorders>
        <w:shd w:val="clear" w:color="auto" w:fill="FFEEBC" w:themeFill="accent5" w:themeFillTint="3F"/>
      </w:tcPr>
    </w:tblStylePr>
    <w:tblStylePr w:type="band1Horz">
      <w:tblPr/>
      <w:tcPr>
        <w:tcBorders>
          <w:top w:val="single" w:sz="8" w:space="0" w:color="F0B400" w:themeColor="accent5"/>
          <w:left w:val="single" w:sz="8" w:space="0" w:color="F0B400" w:themeColor="accent5"/>
          <w:bottom w:val="single" w:sz="8" w:space="0" w:color="F0B400" w:themeColor="accent5"/>
          <w:right w:val="single" w:sz="8" w:space="0" w:color="F0B400" w:themeColor="accent5"/>
          <w:insideV w:val="single" w:sz="8" w:space="0" w:color="F0B400" w:themeColor="accent5"/>
        </w:tcBorders>
        <w:shd w:val="clear" w:color="auto" w:fill="FFEEBC" w:themeFill="accent5" w:themeFillTint="3F"/>
      </w:tcPr>
    </w:tblStylePr>
    <w:tblStylePr w:type="band2Horz">
      <w:tblPr/>
      <w:tcPr>
        <w:tcBorders>
          <w:top w:val="single" w:sz="8" w:space="0" w:color="F0B400" w:themeColor="accent5"/>
          <w:left w:val="single" w:sz="8" w:space="0" w:color="F0B400" w:themeColor="accent5"/>
          <w:bottom w:val="single" w:sz="8" w:space="0" w:color="F0B400" w:themeColor="accent5"/>
          <w:right w:val="single" w:sz="8" w:space="0" w:color="F0B400" w:themeColor="accent5"/>
          <w:insideV w:val="single" w:sz="8" w:space="0" w:color="F0B400"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045E75" w:themeColor="accent6"/>
        <w:left w:val="single" w:sz="8" w:space="0" w:color="045E75" w:themeColor="accent6"/>
        <w:bottom w:val="single" w:sz="8" w:space="0" w:color="045E75" w:themeColor="accent6"/>
        <w:right w:val="single" w:sz="8" w:space="0" w:color="045E75" w:themeColor="accent6"/>
        <w:insideH w:val="single" w:sz="8" w:space="0" w:color="045E75" w:themeColor="accent6"/>
        <w:insideV w:val="single" w:sz="8" w:space="0" w:color="045E7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5E75" w:themeColor="accent6"/>
          <w:left w:val="single" w:sz="8" w:space="0" w:color="045E75" w:themeColor="accent6"/>
          <w:bottom w:val="single" w:sz="18" w:space="0" w:color="045E75" w:themeColor="accent6"/>
          <w:right w:val="single" w:sz="8" w:space="0" w:color="045E75" w:themeColor="accent6"/>
          <w:insideH w:val="nil"/>
          <w:insideV w:val="single" w:sz="8" w:space="0" w:color="045E7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5E75" w:themeColor="accent6"/>
          <w:left w:val="single" w:sz="8" w:space="0" w:color="045E75" w:themeColor="accent6"/>
          <w:bottom w:val="single" w:sz="8" w:space="0" w:color="045E75" w:themeColor="accent6"/>
          <w:right w:val="single" w:sz="8" w:space="0" w:color="045E75" w:themeColor="accent6"/>
          <w:insideH w:val="nil"/>
          <w:insideV w:val="single" w:sz="8" w:space="0" w:color="045E7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5E75" w:themeColor="accent6"/>
          <w:left w:val="single" w:sz="8" w:space="0" w:color="045E75" w:themeColor="accent6"/>
          <w:bottom w:val="single" w:sz="8" w:space="0" w:color="045E75" w:themeColor="accent6"/>
          <w:right w:val="single" w:sz="8" w:space="0" w:color="045E75" w:themeColor="accent6"/>
        </w:tcBorders>
      </w:tcPr>
    </w:tblStylePr>
    <w:tblStylePr w:type="band1Vert">
      <w:tblPr/>
      <w:tcPr>
        <w:tcBorders>
          <w:top w:val="single" w:sz="8" w:space="0" w:color="045E75" w:themeColor="accent6"/>
          <w:left w:val="single" w:sz="8" w:space="0" w:color="045E75" w:themeColor="accent6"/>
          <w:bottom w:val="single" w:sz="8" w:space="0" w:color="045E75" w:themeColor="accent6"/>
          <w:right w:val="single" w:sz="8" w:space="0" w:color="045E75" w:themeColor="accent6"/>
        </w:tcBorders>
        <w:shd w:val="clear" w:color="auto" w:fill="A1E9FB" w:themeFill="accent6" w:themeFillTint="3F"/>
      </w:tcPr>
    </w:tblStylePr>
    <w:tblStylePr w:type="band1Horz">
      <w:tblPr/>
      <w:tcPr>
        <w:tcBorders>
          <w:top w:val="single" w:sz="8" w:space="0" w:color="045E75" w:themeColor="accent6"/>
          <w:left w:val="single" w:sz="8" w:space="0" w:color="045E75" w:themeColor="accent6"/>
          <w:bottom w:val="single" w:sz="8" w:space="0" w:color="045E75" w:themeColor="accent6"/>
          <w:right w:val="single" w:sz="8" w:space="0" w:color="045E75" w:themeColor="accent6"/>
          <w:insideV w:val="single" w:sz="8" w:space="0" w:color="045E75" w:themeColor="accent6"/>
        </w:tcBorders>
        <w:shd w:val="clear" w:color="auto" w:fill="A1E9FB" w:themeFill="accent6" w:themeFillTint="3F"/>
      </w:tcPr>
    </w:tblStylePr>
    <w:tblStylePr w:type="band2Horz">
      <w:tblPr/>
      <w:tcPr>
        <w:tcBorders>
          <w:top w:val="single" w:sz="8" w:space="0" w:color="045E75" w:themeColor="accent6"/>
          <w:left w:val="single" w:sz="8" w:space="0" w:color="045E75" w:themeColor="accent6"/>
          <w:bottom w:val="single" w:sz="8" w:space="0" w:color="045E75" w:themeColor="accent6"/>
          <w:right w:val="single" w:sz="8" w:space="0" w:color="045E75" w:themeColor="accent6"/>
          <w:insideV w:val="single" w:sz="8" w:space="0" w:color="045E75"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404040" w:themeColor="accent1" w:themeTint="BF"/>
        <w:left w:val="single" w:sz="8" w:space="0" w:color="404040" w:themeColor="accent1" w:themeTint="BF"/>
        <w:bottom w:val="single" w:sz="8" w:space="0" w:color="404040" w:themeColor="accent1" w:themeTint="BF"/>
        <w:right w:val="single" w:sz="8" w:space="0" w:color="404040" w:themeColor="accent1" w:themeTint="BF"/>
        <w:insideH w:val="single" w:sz="8" w:space="0" w:color="404040" w:themeColor="accent1" w:themeTint="BF"/>
      </w:tblBorders>
    </w:tblPr>
    <w:tblStylePr w:type="firstRow">
      <w:pPr>
        <w:spacing w:before="0" w:after="0" w:line="240" w:lineRule="auto"/>
      </w:pPr>
      <w:rPr>
        <w:b/>
        <w:bCs/>
        <w:color w:val="FFFFFF" w:themeColor="background1"/>
      </w:rPr>
      <w:tblPr/>
      <w:tcPr>
        <w:tcBorders>
          <w:top w:val="single" w:sz="8" w:space="0" w:color="404040" w:themeColor="accent1" w:themeTint="BF"/>
          <w:left w:val="single" w:sz="8" w:space="0" w:color="404040" w:themeColor="accent1" w:themeTint="BF"/>
          <w:bottom w:val="single" w:sz="8" w:space="0" w:color="404040" w:themeColor="accent1" w:themeTint="BF"/>
          <w:right w:val="single" w:sz="8" w:space="0" w:color="404040" w:themeColor="accent1" w:themeTint="BF"/>
          <w:insideH w:val="nil"/>
          <w:insideV w:val="nil"/>
        </w:tcBorders>
        <w:shd w:val="clear" w:color="auto" w:fill="000000" w:themeFill="accent1"/>
      </w:tcPr>
    </w:tblStylePr>
    <w:tblStylePr w:type="lastRow">
      <w:pPr>
        <w:spacing w:before="0" w:after="0" w:line="240" w:lineRule="auto"/>
      </w:pPr>
      <w:rPr>
        <w:b/>
        <w:bCs/>
      </w:rPr>
      <w:tblPr/>
      <w:tcPr>
        <w:tcBorders>
          <w:top w:val="double" w:sz="6" w:space="0" w:color="404040" w:themeColor="accent1" w:themeTint="BF"/>
          <w:left w:val="single" w:sz="8" w:space="0" w:color="404040" w:themeColor="accent1" w:themeTint="BF"/>
          <w:bottom w:val="single" w:sz="8" w:space="0" w:color="404040" w:themeColor="accent1" w:themeTint="BF"/>
          <w:right w:val="single" w:sz="8" w:space="0" w:color="404040" w:themeColor="accent1"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1" w:themeFillTint="3F"/>
      </w:tcPr>
    </w:tblStylePr>
    <w:tblStylePr w:type="band1Horz">
      <w:tblPr/>
      <w:tcPr>
        <w:tcBorders>
          <w:insideH w:val="nil"/>
          <w:insideV w:val="nil"/>
        </w:tcBorders>
        <w:shd w:val="clear" w:color="auto" w:fill="C0C0C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087BBA" w:themeColor="accent2" w:themeTint="BF"/>
        <w:left w:val="single" w:sz="8" w:space="0" w:color="087BBA" w:themeColor="accent2" w:themeTint="BF"/>
        <w:bottom w:val="single" w:sz="8" w:space="0" w:color="087BBA" w:themeColor="accent2" w:themeTint="BF"/>
        <w:right w:val="single" w:sz="8" w:space="0" w:color="087BBA" w:themeColor="accent2" w:themeTint="BF"/>
        <w:insideH w:val="single" w:sz="8" w:space="0" w:color="087BBA" w:themeColor="accent2" w:themeTint="BF"/>
      </w:tblBorders>
    </w:tblPr>
    <w:tblStylePr w:type="firstRow">
      <w:pPr>
        <w:spacing w:before="0" w:after="0" w:line="240" w:lineRule="auto"/>
      </w:pPr>
      <w:rPr>
        <w:b/>
        <w:bCs/>
        <w:color w:val="FFFFFF" w:themeColor="background1"/>
      </w:rPr>
      <w:tblPr/>
      <w:tcPr>
        <w:tcBorders>
          <w:top w:val="single" w:sz="8" w:space="0" w:color="087BBA" w:themeColor="accent2" w:themeTint="BF"/>
          <w:left w:val="single" w:sz="8" w:space="0" w:color="087BBA" w:themeColor="accent2" w:themeTint="BF"/>
          <w:bottom w:val="single" w:sz="8" w:space="0" w:color="087BBA" w:themeColor="accent2" w:themeTint="BF"/>
          <w:right w:val="single" w:sz="8" w:space="0" w:color="087BBA" w:themeColor="accent2" w:themeTint="BF"/>
          <w:insideH w:val="nil"/>
          <w:insideV w:val="nil"/>
        </w:tcBorders>
        <w:shd w:val="clear" w:color="auto" w:fill="043956" w:themeFill="accent2"/>
      </w:tcPr>
    </w:tblStylePr>
    <w:tblStylePr w:type="lastRow">
      <w:pPr>
        <w:spacing w:before="0" w:after="0" w:line="240" w:lineRule="auto"/>
      </w:pPr>
      <w:rPr>
        <w:b/>
        <w:bCs/>
      </w:rPr>
      <w:tblPr/>
      <w:tcPr>
        <w:tcBorders>
          <w:top w:val="double" w:sz="6" w:space="0" w:color="087BBA" w:themeColor="accent2" w:themeTint="BF"/>
          <w:left w:val="single" w:sz="8" w:space="0" w:color="087BBA" w:themeColor="accent2" w:themeTint="BF"/>
          <w:bottom w:val="single" w:sz="8" w:space="0" w:color="087BBA" w:themeColor="accent2" w:themeTint="BF"/>
          <w:right w:val="single" w:sz="8" w:space="0" w:color="087BB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BD8FA" w:themeFill="accent2" w:themeFillTint="3F"/>
      </w:tcPr>
    </w:tblStylePr>
    <w:tblStylePr w:type="band1Horz">
      <w:tblPr/>
      <w:tcPr>
        <w:tcBorders>
          <w:insideH w:val="nil"/>
          <w:insideV w:val="nil"/>
        </w:tcBorders>
        <w:shd w:val="clear" w:color="auto" w:fill="9BD8FA"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FFCC34" w:themeColor="accent3" w:themeTint="BF"/>
        <w:left w:val="single" w:sz="8" w:space="0" w:color="FFCC34" w:themeColor="accent3" w:themeTint="BF"/>
        <w:bottom w:val="single" w:sz="8" w:space="0" w:color="FFCC34" w:themeColor="accent3" w:themeTint="BF"/>
        <w:right w:val="single" w:sz="8" w:space="0" w:color="FFCC34" w:themeColor="accent3" w:themeTint="BF"/>
        <w:insideH w:val="single" w:sz="8" w:space="0" w:color="FFCC34" w:themeColor="accent3" w:themeTint="BF"/>
      </w:tblBorders>
    </w:tblPr>
    <w:tblStylePr w:type="firstRow">
      <w:pPr>
        <w:spacing w:before="0" w:after="0" w:line="240" w:lineRule="auto"/>
      </w:pPr>
      <w:rPr>
        <w:b/>
        <w:bCs/>
        <w:color w:val="FFFFFF" w:themeColor="background1"/>
      </w:rPr>
      <w:tblPr/>
      <w:tcPr>
        <w:tcBorders>
          <w:top w:val="single" w:sz="8" w:space="0" w:color="FFCC34" w:themeColor="accent3" w:themeTint="BF"/>
          <w:left w:val="single" w:sz="8" w:space="0" w:color="FFCC34" w:themeColor="accent3" w:themeTint="BF"/>
          <w:bottom w:val="single" w:sz="8" w:space="0" w:color="FFCC34" w:themeColor="accent3" w:themeTint="BF"/>
          <w:right w:val="single" w:sz="8" w:space="0" w:color="FFCC34" w:themeColor="accent3" w:themeTint="BF"/>
          <w:insideH w:val="nil"/>
          <w:insideV w:val="nil"/>
        </w:tcBorders>
        <w:shd w:val="clear" w:color="auto" w:fill="F0B400" w:themeFill="accent3"/>
      </w:tcPr>
    </w:tblStylePr>
    <w:tblStylePr w:type="lastRow">
      <w:pPr>
        <w:spacing w:before="0" w:after="0" w:line="240" w:lineRule="auto"/>
      </w:pPr>
      <w:rPr>
        <w:b/>
        <w:bCs/>
      </w:rPr>
      <w:tblPr/>
      <w:tcPr>
        <w:tcBorders>
          <w:top w:val="double" w:sz="6" w:space="0" w:color="FFCC34" w:themeColor="accent3" w:themeTint="BF"/>
          <w:left w:val="single" w:sz="8" w:space="0" w:color="FFCC34" w:themeColor="accent3" w:themeTint="BF"/>
          <w:bottom w:val="single" w:sz="8" w:space="0" w:color="FFCC34" w:themeColor="accent3" w:themeTint="BF"/>
          <w:right w:val="single" w:sz="8" w:space="0" w:color="FFCC34"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EBC" w:themeFill="accent3" w:themeFillTint="3F"/>
      </w:tcPr>
    </w:tblStylePr>
    <w:tblStylePr w:type="band1Horz">
      <w:tblPr/>
      <w:tcPr>
        <w:tcBorders>
          <w:insideH w:val="nil"/>
          <w:insideV w:val="nil"/>
        </w:tcBorders>
        <w:shd w:val="clear" w:color="auto" w:fill="FFEEBC"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07A9D3" w:themeColor="accent4" w:themeTint="BF"/>
        <w:left w:val="single" w:sz="8" w:space="0" w:color="07A9D3" w:themeColor="accent4" w:themeTint="BF"/>
        <w:bottom w:val="single" w:sz="8" w:space="0" w:color="07A9D3" w:themeColor="accent4" w:themeTint="BF"/>
        <w:right w:val="single" w:sz="8" w:space="0" w:color="07A9D3" w:themeColor="accent4" w:themeTint="BF"/>
        <w:insideH w:val="single" w:sz="8" w:space="0" w:color="07A9D3" w:themeColor="accent4" w:themeTint="BF"/>
      </w:tblBorders>
    </w:tblPr>
    <w:tblStylePr w:type="firstRow">
      <w:pPr>
        <w:spacing w:before="0" w:after="0" w:line="240" w:lineRule="auto"/>
      </w:pPr>
      <w:rPr>
        <w:b/>
        <w:bCs/>
        <w:color w:val="FFFFFF" w:themeColor="background1"/>
      </w:rPr>
      <w:tblPr/>
      <w:tcPr>
        <w:tcBorders>
          <w:top w:val="single" w:sz="8" w:space="0" w:color="07A9D3" w:themeColor="accent4" w:themeTint="BF"/>
          <w:left w:val="single" w:sz="8" w:space="0" w:color="07A9D3" w:themeColor="accent4" w:themeTint="BF"/>
          <w:bottom w:val="single" w:sz="8" w:space="0" w:color="07A9D3" w:themeColor="accent4" w:themeTint="BF"/>
          <w:right w:val="single" w:sz="8" w:space="0" w:color="07A9D3" w:themeColor="accent4" w:themeTint="BF"/>
          <w:insideH w:val="nil"/>
          <w:insideV w:val="nil"/>
        </w:tcBorders>
        <w:shd w:val="clear" w:color="auto" w:fill="045E75" w:themeFill="accent4"/>
      </w:tcPr>
    </w:tblStylePr>
    <w:tblStylePr w:type="lastRow">
      <w:pPr>
        <w:spacing w:before="0" w:after="0" w:line="240" w:lineRule="auto"/>
      </w:pPr>
      <w:rPr>
        <w:b/>
        <w:bCs/>
      </w:rPr>
      <w:tblPr/>
      <w:tcPr>
        <w:tcBorders>
          <w:top w:val="double" w:sz="6" w:space="0" w:color="07A9D3" w:themeColor="accent4" w:themeTint="BF"/>
          <w:left w:val="single" w:sz="8" w:space="0" w:color="07A9D3" w:themeColor="accent4" w:themeTint="BF"/>
          <w:bottom w:val="single" w:sz="8" w:space="0" w:color="07A9D3" w:themeColor="accent4" w:themeTint="BF"/>
          <w:right w:val="single" w:sz="8" w:space="0" w:color="07A9D3" w:themeColor="accent4" w:themeTint="BF"/>
          <w:insideH w:val="nil"/>
          <w:insideV w:val="nil"/>
        </w:tcBorders>
      </w:tcPr>
    </w:tblStylePr>
    <w:tblStylePr w:type="firstCol">
      <w:rPr>
        <w:b/>
        <w:bCs/>
      </w:rPr>
    </w:tblStylePr>
    <w:tblStylePr w:type="lastCol">
      <w:rPr>
        <w:b/>
        <w:bCs/>
      </w:rPr>
    </w:tblStylePr>
    <w:tblStylePr w:type="band1Vert">
      <w:tblPr/>
      <w:tcPr>
        <w:shd w:val="clear" w:color="auto" w:fill="A1E9FB" w:themeFill="accent4" w:themeFillTint="3F"/>
      </w:tcPr>
    </w:tblStylePr>
    <w:tblStylePr w:type="band1Horz">
      <w:tblPr/>
      <w:tcPr>
        <w:tcBorders>
          <w:insideH w:val="nil"/>
          <w:insideV w:val="nil"/>
        </w:tcBorders>
        <w:shd w:val="clear" w:color="auto" w:fill="A1E9F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FFCC34" w:themeColor="accent5" w:themeTint="BF"/>
        <w:left w:val="single" w:sz="8" w:space="0" w:color="FFCC34" w:themeColor="accent5" w:themeTint="BF"/>
        <w:bottom w:val="single" w:sz="8" w:space="0" w:color="FFCC34" w:themeColor="accent5" w:themeTint="BF"/>
        <w:right w:val="single" w:sz="8" w:space="0" w:color="FFCC34" w:themeColor="accent5" w:themeTint="BF"/>
        <w:insideH w:val="single" w:sz="8" w:space="0" w:color="FFCC34" w:themeColor="accent5" w:themeTint="BF"/>
      </w:tblBorders>
    </w:tblPr>
    <w:tblStylePr w:type="firstRow">
      <w:pPr>
        <w:spacing w:before="0" w:after="0" w:line="240" w:lineRule="auto"/>
      </w:pPr>
      <w:rPr>
        <w:b/>
        <w:bCs/>
        <w:color w:val="FFFFFF" w:themeColor="background1"/>
      </w:rPr>
      <w:tblPr/>
      <w:tcPr>
        <w:tcBorders>
          <w:top w:val="single" w:sz="8" w:space="0" w:color="FFCC34" w:themeColor="accent5" w:themeTint="BF"/>
          <w:left w:val="single" w:sz="8" w:space="0" w:color="FFCC34" w:themeColor="accent5" w:themeTint="BF"/>
          <w:bottom w:val="single" w:sz="8" w:space="0" w:color="FFCC34" w:themeColor="accent5" w:themeTint="BF"/>
          <w:right w:val="single" w:sz="8" w:space="0" w:color="FFCC34" w:themeColor="accent5" w:themeTint="BF"/>
          <w:insideH w:val="nil"/>
          <w:insideV w:val="nil"/>
        </w:tcBorders>
        <w:shd w:val="clear" w:color="auto" w:fill="F0B400" w:themeFill="accent5"/>
      </w:tcPr>
    </w:tblStylePr>
    <w:tblStylePr w:type="lastRow">
      <w:pPr>
        <w:spacing w:before="0" w:after="0" w:line="240" w:lineRule="auto"/>
      </w:pPr>
      <w:rPr>
        <w:b/>
        <w:bCs/>
      </w:rPr>
      <w:tblPr/>
      <w:tcPr>
        <w:tcBorders>
          <w:top w:val="double" w:sz="6" w:space="0" w:color="FFCC34" w:themeColor="accent5" w:themeTint="BF"/>
          <w:left w:val="single" w:sz="8" w:space="0" w:color="FFCC34" w:themeColor="accent5" w:themeTint="BF"/>
          <w:bottom w:val="single" w:sz="8" w:space="0" w:color="FFCC34" w:themeColor="accent5" w:themeTint="BF"/>
          <w:right w:val="single" w:sz="8" w:space="0" w:color="FFCC3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EBC" w:themeFill="accent5" w:themeFillTint="3F"/>
      </w:tcPr>
    </w:tblStylePr>
    <w:tblStylePr w:type="band1Horz">
      <w:tblPr/>
      <w:tcPr>
        <w:tcBorders>
          <w:insideH w:val="nil"/>
          <w:insideV w:val="nil"/>
        </w:tcBorders>
        <w:shd w:val="clear" w:color="auto" w:fill="FFEEB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07A9D3" w:themeColor="accent6" w:themeTint="BF"/>
        <w:left w:val="single" w:sz="8" w:space="0" w:color="07A9D3" w:themeColor="accent6" w:themeTint="BF"/>
        <w:bottom w:val="single" w:sz="8" w:space="0" w:color="07A9D3" w:themeColor="accent6" w:themeTint="BF"/>
        <w:right w:val="single" w:sz="8" w:space="0" w:color="07A9D3" w:themeColor="accent6" w:themeTint="BF"/>
        <w:insideH w:val="single" w:sz="8" w:space="0" w:color="07A9D3" w:themeColor="accent6" w:themeTint="BF"/>
      </w:tblBorders>
    </w:tblPr>
    <w:tblStylePr w:type="firstRow">
      <w:pPr>
        <w:spacing w:before="0" w:after="0" w:line="240" w:lineRule="auto"/>
      </w:pPr>
      <w:rPr>
        <w:b/>
        <w:bCs/>
        <w:color w:val="FFFFFF" w:themeColor="background1"/>
      </w:rPr>
      <w:tblPr/>
      <w:tcPr>
        <w:tcBorders>
          <w:top w:val="single" w:sz="8" w:space="0" w:color="07A9D3" w:themeColor="accent6" w:themeTint="BF"/>
          <w:left w:val="single" w:sz="8" w:space="0" w:color="07A9D3" w:themeColor="accent6" w:themeTint="BF"/>
          <w:bottom w:val="single" w:sz="8" w:space="0" w:color="07A9D3" w:themeColor="accent6" w:themeTint="BF"/>
          <w:right w:val="single" w:sz="8" w:space="0" w:color="07A9D3" w:themeColor="accent6" w:themeTint="BF"/>
          <w:insideH w:val="nil"/>
          <w:insideV w:val="nil"/>
        </w:tcBorders>
        <w:shd w:val="clear" w:color="auto" w:fill="045E75" w:themeFill="accent6"/>
      </w:tcPr>
    </w:tblStylePr>
    <w:tblStylePr w:type="lastRow">
      <w:pPr>
        <w:spacing w:before="0" w:after="0" w:line="240" w:lineRule="auto"/>
      </w:pPr>
      <w:rPr>
        <w:b/>
        <w:bCs/>
      </w:rPr>
      <w:tblPr/>
      <w:tcPr>
        <w:tcBorders>
          <w:top w:val="double" w:sz="6" w:space="0" w:color="07A9D3" w:themeColor="accent6" w:themeTint="BF"/>
          <w:left w:val="single" w:sz="8" w:space="0" w:color="07A9D3" w:themeColor="accent6" w:themeTint="BF"/>
          <w:bottom w:val="single" w:sz="8" w:space="0" w:color="07A9D3" w:themeColor="accent6" w:themeTint="BF"/>
          <w:right w:val="single" w:sz="8" w:space="0" w:color="07A9D3" w:themeColor="accent6" w:themeTint="BF"/>
          <w:insideH w:val="nil"/>
          <w:insideV w:val="nil"/>
        </w:tcBorders>
      </w:tcPr>
    </w:tblStylePr>
    <w:tblStylePr w:type="firstCol">
      <w:rPr>
        <w:b/>
        <w:bCs/>
      </w:rPr>
    </w:tblStylePr>
    <w:tblStylePr w:type="lastCol">
      <w:rPr>
        <w:b/>
        <w:bCs/>
      </w:rPr>
    </w:tblStylePr>
    <w:tblStylePr w:type="band1Vert">
      <w:tblPr/>
      <w:tcPr>
        <w:shd w:val="clear" w:color="auto" w:fill="A1E9FB" w:themeFill="accent6" w:themeFillTint="3F"/>
      </w:tcPr>
    </w:tblStylePr>
    <w:tblStylePr w:type="band1Horz">
      <w:tblPr/>
      <w:tcPr>
        <w:tcBorders>
          <w:insideH w:val="nil"/>
          <w:insideV w:val="nil"/>
        </w:tcBorders>
        <w:shd w:val="clear" w:color="auto" w:fill="A1E9FB"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accent1"/>
      </w:tcPr>
    </w:tblStylePr>
    <w:tblStylePr w:type="lastCol">
      <w:rPr>
        <w:b/>
        <w:bCs/>
        <w:color w:val="FFFFFF" w:themeColor="background1"/>
      </w:rPr>
      <w:tblPr/>
      <w:tcPr>
        <w:tcBorders>
          <w:left w:val="nil"/>
          <w:right w:val="nil"/>
          <w:insideH w:val="nil"/>
          <w:insideV w:val="nil"/>
        </w:tcBorders>
        <w:shd w:val="clear" w:color="auto" w:fill="0000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395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43956" w:themeFill="accent2"/>
      </w:tcPr>
    </w:tblStylePr>
    <w:tblStylePr w:type="lastCol">
      <w:rPr>
        <w:b/>
        <w:bCs/>
        <w:color w:val="FFFFFF" w:themeColor="background1"/>
      </w:rPr>
      <w:tblPr/>
      <w:tcPr>
        <w:tcBorders>
          <w:left w:val="nil"/>
          <w:right w:val="nil"/>
          <w:insideH w:val="nil"/>
          <w:insideV w:val="nil"/>
        </w:tcBorders>
        <w:shd w:val="clear" w:color="auto" w:fill="04395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B4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B400" w:themeFill="accent3"/>
      </w:tcPr>
    </w:tblStylePr>
    <w:tblStylePr w:type="lastCol">
      <w:rPr>
        <w:b/>
        <w:bCs/>
        <w:color w:val="FFFFFF" w:themeColor="background1"/>
      </w:rPr>
      <w:tblPr/>
      <w:tcPr>
        <w:tcBorders>
          <w:left w:val="nil"/>
          <w:right w:val="nil"/>
          <w:insideH w:val="nil"/>
          <w:insideV w:val="nil"/>
        </w:tcBorders>
        <w:shd w:val="clear" w:color="auto" w:fill="F0B4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5E7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45E75" w:themeFill="accent4"/>
      </w:tcPr>
    </w:tblStylePr>
    <w:tblStylePr w:type="lastCol">
      <w:rPr>
        <w:b/>
        <w:bCs/>
        <w:color w:val="FFFFFF" w:themeColor="background1"/>
      </w:rPr>
      <w:tblPr/>
      <w:tcPr>
        <w:tcBorders>
          <w:left w:val="nil"/>
          <w:right w:val="nil"/>
          <w:insideH w:val="nil"/>
          <w:insideV w:val="nil"/>
        </w:tcBorders>
        <w:shd w:val="clear" w:color="auto" w:fill="045E7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B4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B400" w:themeFill="accent5"/>
      </w:tcPr>
    </w:tblStylePr>
    <w:tblStylePr w:type="lastCol">
      <w:rPr>
        <w:b/>
        <w:bCs/>
        <w:color w:val="FFFFFF" w:themeColor="background1"/>
      </w:rPr>
      <w:tblPr/>
      <w:tcPr>
        <w:tcBorders>
          <w:left w:val="nil"/>
          <w:right w:val="nil"/>
          <w:insideH w:val="nil"/>
          <w:insideV w:val="nil"/>
        </w:tcBorders>
        <w:shd w:val="clear" w:color="auto" w:fill="F0B4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5E7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45E75" w:themeFill="accent6"/>
      </w:tcPr>
    </w:tblStylePr>
    <w:tblStylePr w:type="lastCol">
      <w:rPr>
        <w:b/>
        <w:bCs/>
        <w:color w:val="FFFFFF" w:themeColor="background1"/>
      </w:rPr>
      <w:tblPr/>
      <w:tcPr>
        <w:tcBorders>
          <w:left w:val="nil"/>
          <w:right w:val="nil"/>
          <w:insideH w:val="nil"/>
          <w:insideV w:val="nil"/>
        </w:tcBorders>
        <w:shd w:val="clear" w:color="auto" w:fill="045E7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accent1"/>
        <w:bottom w:val="single" w:sz="8" w:space="0" w:color="000000" w:themeColor="accent1"/>
      </w:tblBorders>
    </w:tblPr>
    <w:tblStylePr w:type="firstRow">
      <w:rPr>
        <w:rFonts w:asciiTheme="majorHAnsi" w:eastAsiaTheme="majorEastAsia" w:hAnsiTheme="majorHAnsi" w:cstheme="majorBidi"/>
      </w:rPr>
      <w:tblPr/>
      <w:tcPr>
        <w:tcBorders>
          <w:top w:val="nil"/>
          <w:bottom w:val="single" w:sz="8" w:space="0" w:color="000000" w:themeColor="accent1"/>
        </w:tcBorders>
      </w:tcPr>
    </w:tblStylePr>
    <w:tblStylePr w:type="lastRow">
      <w:rPr>
        <w:b/>
        <w:bCs/>
        <w:color w:val="44546A" w:themeColor="text2"/>
      </w:rPr>
      <w:tblPr/>
      <w:tcPr>
        <w:tcBorders>
          <w:top w:val="single" w:sz="8" w:space="0" w:color="000000" w:themeColor="accent1"/>
          <w:bottom w:val="single" w:sz="8" w:space="0" w:color="000000" w:themeColor="accent1"/>
        </w:tcBorders>
      </w:tcPr>
    </w:tblStylePr>
    <w:tblStylePr w:type="firstCol">
      <w:rPr>
        <w:b/>
        <w:bCs/>
      </w:rPr>
    </w:tblStylePr>
    <w:tblStylePr w:type="lastCol">
      <w:rPr>
        <w:b/>
        <w:bCs/>
      </w:rPr>
      <w:tblPr/>
      <w:tcPr>
        <w:tcBorders>
          <w:top w:val="single" w:sz="8" w:space="0" w:color="000000" w:themeColor="accent1"/>
          <w:bottom w:val="single" w:sz="8" w:space="0" w:color="000000" w:themeColor="accent1"/>
        </w:tcBorders>
      </w:tcPr>
    </w:tblStylePr>
    <w:tblStylePr w:type="band1Vert">
      <w:tblPr/>
      <w:tcPr>
        <w:shd w:val="clear" w:color="auto" w:fill="C0C0C0" w:themeFill="accent1" w:themeFillTint="3F"/>
      </w:tcPr>
    </w:tblStylePr>
    <w:tblStylePr w:type="band1Horz">
      <w:tblPr/>
      <w:tcPr>
        <w:shd w:val="clear" w:color="auto" w:fill="C0C0C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043956" w:themeColor="accent2"/>
        <w:bottom w:val="single" w:sz="8" w:space="0" w:color="043956" w:themeColor="accent2"/>
      </w:tblBorders>
    </w:tblPr>
    <w:tblStylePr w:type="firstRow">
      <w:rPr>
        <w:rFonts w:asciiTheme="majorHAnsi" w:eastAsiaTheme="majorEastAsia" w:hAnsiTheme="majorHAnsi" w:cstheme="majorBidi"/>
      </w:rPr>
      <w:tblPr/>
      <w:tcPr>
        <w:tcBorders>
          <w:top w:val="nil"/>
          <w:bottom w:val="single" w:sz="8" w:space="0" w:color="043956" w:themeColor="accent2"/>
        </w:tcBorders>
      </w:tcPr>
    </w:tblStylePr>
    <w:tblStylePr w:type="lastRow">
      <w:rPr>
        <w:b/>
        <w:bCs/>
        <w:color w:val="44546A" w:themeColor="text2"/>
      </w:rPr>
      <w:tblPr/>
      <w:tcPr>
        <w:tcBorders>
          <w:top w:val="single" w:sz="8" w:space="0" w:color="043956" w:themeColor="accent2"/>
          <w:bottom w:val="single" w:sz="8" w:space="0" w:color="043956" w:themeColor="accent2"/>
        </w:tcBorders>
      </w:tcPr>
    </w:tblStylePr>
    <w:tblStylePr w:type="firstCol">
      <w:rPr>
        <w:b/>
        <w:bCs/>
      </w:rPr>
    </w:tblStylePr>
    <w:tblStylePr w:type="lastCol">
      <w:rPr>
        <w:b/>
        <w:bCs/>
      </w:rPr>
      <w:tblPr/>
      <w:tcPr>
        <w:tcBorders>
          <w:top w:val="single" w:sz="8" w:space="0" w:color="043956" w:themeColor="accent2"/>
          <w:bottom w:val="single" w:sz="8" w:space="0" w:color="043956" w:themeColor="accent2"/>
        </w:tcBorders>
      </w:tcPr>
    </w:tblStylePr>
    <w:tblStylePr w:type="band1Vert">
      <w:tblPr/>
      <w:tcPr>
        <w:shd w:val="clear" w:color="auto" w:fill="9BD8FA" w:themeFill="accent2" w:themeFillTint="3F"/>
      </w:tcPr>
    </w:tblStylePr>
    <w:tblStylePr w:type="band1Horz">
      <w:tblPr/>
      <w:tcPr>
        <w:shd w:val="clear" w:color="auto" w:fill="9BD8FA"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F0B400" w:themeColor="accent3"/>
        <w:bottom w:val="single" w:sz="8" w:space="0" w:color="F0B400" w:themeColor="accent3"/>
      </w:tblBorders>
    </w:tblPr>
    <w:tblStylePr w:type="firstRow">
      <w:rPr>
        <w:rFonts w:asciiTheme="majorHAnsi" w:eastAsiaTheme="majorEastAsia" w:hAnsiTheme="majorHAnsi" w:cstheme="majorBidi"/>
      </w:rPr>
      <w:tblPr/>
      <w:tcPr>
        <w:tcBorders>
          <w:top w:val="nil"/>
          <w:bottom w:val="single" w:sz="8" w:space="0" w:color="F0B400" w:themeColor="accent3"/>
        </w:tcBorders>
      </w:tcPr>
    </w:tblStylePr>
    <w:tblStylePr w:type="lastRow">
      <w:rPr>
        <w:b/>
        <w:bCs/>
        <w:color w:val="44546A" w:themeColor="text2"/>
      </w:rPr>
      <w:tblPr/>
      <w:tcPr>
        <w:tcBorders>
          <w:top w:val="single" w:sz="8" w:space="0" w:color="F0B400" w:themeColor="accent3"/>
          <w:bottom w:val="single" w:sz="8" w:space="0" w:color="F0B400" w:themeColor="accent3"/>
        </w:tcBorders>
      </w:tcPr>
    </w:tblStylePr>
    <w:tblStylePr w:type="firstCol">
      <w:rPr>
        <w:b/>
        <w:bCs/>
      </w:rPr>
    </w:tblStylePr>
    <w:tblStylePr w:type="lastCol">
      <w:rPr>
        <w:b/>
        <w:bCs/>
      </w:rPr>
      <w:tblPr/>
      <w:tcPr>
        <w:tcBorders>
          <w:top w:val="single" w:sz="8" w:space="0" w:color="F0B400" w:themeColor="accent3"/>
          <w:bottom w:val="single" w:sz="8" w:space="0" w:color="F0B400" w:themeColor="accent3"/>
        </w:tcBorders>
      </w:tcPr>
    </w:tblStylePr>
    <w:tblStylePr w:type="band1Vert">
      <w:tblPr/>
      <w:tcPr>
        <w:shd w:val="clear" w:color="auto" w:fill="FFEEBC" w:themeFill="accent3" w:themeFillTint="3F"/>
      </w:tcPr>
    </w:tblStylePr>
    <w:tblStylePr w:type="band1Horz">
      <w:tblPr/>
      <w:tcPr>
        <w:shd w:val="clear" w:color="auto" w:fill="FFEEBC"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45E75" w:themeColor="accent4"/>
        <w:bottom w:val="single" w:sz="8" w:space="0" w:color="045E75" w:themeColor="accent4"/>
      </w:tblBorders>
    </w:tblPr>
    <w:tblStylePr w:type="firstRow">
      <w:rPr>
        <w:rFonts w:asciiTheme="majorHAnsi" w:eastAsiaTheme="majorEastAsia" w:hAnsiTheme="majorHAnsi" w:cstheme="majorBidi"/>
      </w:rPr>
      <w:tblPr/>
      <w:tcPr>
        <w:tcBorders>
          <w:top w:val="nil"/>
          <w:bottom w:val="single" w:sz="8" w:space="0" w:color="045E75" w:themeColor="accent4"/>
        </w:tcBorders>
      </w:tcPr>
    </w:tblStylePr>
    <w:tblStylePr w:type="lastRow">
      <w:rPr>
        <w:b/>
        <w:bCs/>
        <w:color w:val="44546A" w:themeColor="text2"/>
      </w:rPr>
      <w:tblPr/>
      <w:tcPr>
        <w:tcBorders>
          <w:top w:val="single" w:sz="8" w:space="0" w:color="045E75" w:themeColor="accent4"/>
          <w:bottom w:val="single" w:sz="8" w:space="0" w:color="045E75" w:themeColor="accent4"/>
        </w:tcBorders>
      </w:tcPr>
    </w:tblStylePr>
    <w:tblStylePr w:type="firstCol">
      <w:rPr>
        <w:b/>
        <w:bCs/>
      </w:rPr>
    </w:tblStylePr>
    <w:tblStylePr w:type="lastCol">
      <w:rPr>
        <w:b/>
        <w:bCs/>
      </w:rPr>
      <w:tblPr/>
      <w:tcPr>
        <w:tcBorders>
          <w:top w:val="single" w:sz="8" w:space="0" w:color="045E75" w:themeColor="accent4"/>
          <w:bottom w:val="single" w:sz="8" w:space="0" w:color="045E75" w:themeColor="accent4"/>
        </w:tcBorders>
      </w:tcPr>
    </w:tblStylePr>
    <w:tblStylePr w:type="band1Vert">
      <w:tblPr/>
      <w:tcPr>
        <w:shd w:val="clear" w:color="auto" w:fill="A1E9FB" w:themeFill="accent4" w:themeFillTint="3F"/>
      </w:tcPr>
    </w:tblStylePr>
    <w:tblStylePr w:type="band1Horz">
      <w:tblPr/>
      <w:tcPr>
        <w:shd w:val="clear" w:color="auto" w:fill="A1E9FB"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F0B400" w:themeColor="accent5"/>
        <w:bottom w:val="single" w:sz="8" w:space="0" w:color="F0B400" w:themeColor="accent5"/>
      </w:tblBorders>
    </w:tblPr>
    <w:tblStylePr w:type="firstRow">
      <w:rPr>
        <w:rFonts w:asciiTheme="majorHAnsi" w:eastAsiaTheme="majorEastAsia" w:hAnsiTheme="majorHAnsi" w:cstheme="majorBidi"/>
      </w:rPr>
      <w:tblPr/>
      <w:tcPr>
        <w:tcBorders>
          <w:top w:val="nil"/>
          <w:bottom w:val="single" w:sz="8" w:space="0" w:color="F0B400" w:themeColor="accent5"/>
        </w:tcBorders>
      </w:tcPr>
    </w:tblStylePr>
    <w:tblStylePr w:type="lastRow">
      <w:rPr>
        <w:b/>
        <w:bCs/>
        <w:color w:val="44546A" w:themeColor="text2"/>
      </w:rPr>
      <w:tblPr/>
      <w:tcPr>
        <w:tcBorders>
          <w:top w:val="single" w:sz="8" w:space="0" w:color="F0B400" w:themeColor="accent5"/>
          <w:bottom w:val="single" w:sz="8" w:space="0" w:color="F0B400" w:themeColor="accent5"/>
        </w:tcBorders>
      </w:tcPr>
    </w:tblStylePr>
    <w:tblStylePr w:type="firstCol">
      <w:rPr>
        <w:b/>
        <w:bCs/>
      </w:rPr>
    </w:tblStylePr>
    <w:tblStylePr w:type="lastCol">
      <w:rPr>
        <w:b/>
        <w:bCs/>
      </w:rPr>
      <w:tblPr/>
      <w:tcPr>
        <w:tcBorders>
          <w:top w:val="single" w:sz="8" w:space="0" w:color="F0B400" w:themeColor="accent5"/>
          <w:bottom w:val="single" w:sz="8" w:space="0" w:color="F0B400" w:themeColor="accent5"/>
        </w:tcBorders>
      </w:tcPr>
    </w:tblStylePr>
    <w:tblStylePr w:type="band1Vert">
      <w:tblPr/>
      <w:tcPr>
        <w:shd w:val="clear" w:color="auto" w:fill="FFEEBC" w:themeFill="accent5" w:themeFillTint="3F"/>
      </w:tcPr>
    </w:tblStylePr>
    <w:tblStylePr w:type="band1Horz">
      <w:tblPr/>
      <w:tcPr>
        <w:shd w:val="clear" w:color="auto" w:fill="FFEEBC"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045E75" w:themeColor="accent6"/>
        <w:bottom w:val="single" w:sz="8" w:space="0" w:color="045E75" w:themeColor="accent6"/>
      </w:tblBorders>
    </w:tblPr>
    <w:tblStylePr w:type="firstRow">
      <w:rPr>
        <w:rFonts w:asciiTheme="majorHAnsi" w:eastAsiaTheme="majorEastAsia" w:hAnsiTheme="majorHAnsi" w:cstheme="majorBidi"/>
      </w:rPr>
      <w:tblPr/>
      <w:tcPr>
        <w:tcBorders>
          <w:top w:val="nil"/>
          <w:bottom w:val="single" w:sz="8" w:space="0" w:color="045E75" w:themeColor="accent6"/>
        </w:tcBorders>
      </w:tcPr>
    </w:tblStylePr>
    <w:tblStylePr w:type="lastRow">
      <w:rPr>
        <w:b/>
        <w:bCs/>
        <w:color w:val="44546A" w:themeColor="text2"/>
      </w:rPr>
      <w:tblPr/>
      <w:tcPr>
        <w:tcBorders>
          <w:top w:val="single" w:sz="8" w:space="0" w:color="045E75" w:themeColor="accent6"/>
          <w:bottom w:val="single" w:sz="8" w:space="0" w:color="045E75" w:themeColor="accent6"/>
        </w:tcBorders>
      </w:tcPr>
    </w:tblStylePr>
    <w:tblStylePr w:type="firstCol">
      <w:rPr>
        <w:b/>
        <w:bCs/>
      </w:rPr>
    </w:tblStylePr>
    <w:tblStylePr w:type="lastCol">
      <w:rPr>
        <w:b/>
        <w:bCs/>
      </w:rPr>
      <w:tblPr/>
      <w:tcPr>
        <w:tcBorders>
          <w:top w:val="single" w:sz="8" w:space="0" w:color="045E75" w:themeColor="accent6"/>
          <w:bottom w:val="single" w:sz="8" w:space="0" w:color="045E75" w:themeColor="accent6"/>
        </w:tcBorders>
      </w:tcPr>
    </w:tblStylePr>
    <w:tblStylePr w:type="band1Vert">
      <w:tblPr/>
      <w:tcPr>
        <w:shd w:val="clear" w:color="auto" w:fill="A1E9FB" w:themeFill="accent6" w:themeFillTint="3F"/>
      </w:tcPr>
    </w:tblStylePr>
    <w:tblStylePr w:type="band1Horz">
      <w:tblPr/>
      <w:tcPr>
        <w:shd w:val="clear" w:color="auto" w:fill="A1E9FB"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accent1"/>
        <w:left w:val="single" w:sz="8" w:space="0" w:color="000000" w:themeColor="accent1"/>
        <w:bottom w:val="single" w:sz="8" w:space="0" w:color="000000" w:themeColor="accent1"/>
        <w:right w:val="single" w:sz="8" w:space="0" w:color="000000" w:themeColor="accent1"/>
      </w:tblBorders>
    </w:tblPr>
    <w:tblStylePr w:type="firstRow">
      <w:rPr>
        <w:sz w:val="24"/>
        <w:szCs w:val="24"/>
      </w:rPr>
      <w:tblPr/>
      <w:tcPr>
        <w:tcBorders>
          <w:top w:val="nil"/>
          <w:left w:val="nil"/>
          <w:bottom w:val="single" w:sz="24" w:space="0" w:color="000000" w:themeColor="accent1"/>
          <w:right w:val="nil"/>
          <w:insideH w:val="nil"/>
          <w:insideV w:val="nil"/>
        </w:tcBorders>
        <w:shd w:val="clear" w:color="auto" w:fill="FFFFFF" w:themeFill="background1"/>
      </w:tcPr>
    </w:tblStylePr>
    <w:tblStylePr w:type="lastRow">
      <w:tblPr/>
      <w:tcPr>
        <w:tcBorders>
          <w:top w:val="single" w:sz="8" w:space="0" w:color="0000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1"/>
          <w:insideH w:val="nil"/>
          <w:insideV w:val="nil"/>
        </w:tcBorders>
        <w:shd w:val="clear" w:color="auto" w:fill="FFFFFF" w:themeFill="background1"/>
      </w:tcPr>
    </w:tblStylePr>
    <w:tblStylePr w:type="lastCol">
      <w:tblPr/>
      <w:tcPr>
        <w:tcBorders>
          <w:top w:val="nil"/>
          <w:left w:val="single" w:sz="8" w:space="0" w:color="0000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1" w:themeFillTint="3F"/>
      </w:tcPr>
    </w:tblStylePr>
    <w:tblStylePr w:type="band1Horz">
      <w:tblPr/>
      <w:tcPr>
        <w:tcBorders>
          <w:top w:val="nil"/>
          <w:bottom w:val="nil"/>
          <w:insideH w:val="nil"/>
          <w:insideV w:val="nil"/>
        </w:tcBorders>
        <w:shd w:val="clear" w:color="auto" w:fill="C0C0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3956" w:themeColor="accent2"/>
        <w:left w:val="single" w:sz="8" w:space="0" w:color="043956" w:themeColor="accent2"/>
        <w:bottom w:val="single" w:sz="8" w:space="0" w:color="043956" w:themeColor="accent2"/>
        <w:right w:val="single" w:sz="8" w:space="0" w:color="043956" w:themeColor="accent2"/>
      </w:tblBorders>
    </w:tblPr>
    <w:tblStylePr w:type="firstRow">
      <w:rPr>
        <w:sz w:val="24"/>
        <w:szCs w:val="24"/>
      </w:rPr>
      <w:tblPr/>
      <w:tcPr>
        <w:tcBorders>
          <w:top w:val="nil"/>
          <w:left w:val="nil"/>
          <w:bottom w:val="single" w:sz="24" w:space="0" w:color="043956" w:themeColor="accent2"/>
          <w:right w:val="nil"/>
          <w:insideH w:val="nil"/>
          <w:insideV w:val="nil"/>
        </w:tcBorders>
        <w:shd w:val="clear" w:color="auto" w:fill="FFFFFF" w:themeFill="background1"/>
      </w:tcPr>
    </w:tblStylePr>
    <w:tblStylePr w:type="lastRow">
      <w:tblPr/>
      <w:tcPr>
        <w:tcBorders>
          <w:top w:val="single" w:sz="8" w:space="0" w:color="04395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3956" w:themeColor="accent2"/>
          <w:insideH w:val="nil"/>
          <w:insideV w:val="nil"/>
        </w:tcBorders>
        <w:shd w:val="clear" w:color="auto" w:fill="FFFFFF" w:themeFill="background1"/>
      </w:tcPr>
    </w:tblStylePr>
    <w:tblStylePr w:type="lastCol">
      <w:tblPr/>
      <w:tcPr>
        <w:tcBorders>
          <w:top w:val="nil"/>
          <w:left w:val="single" w:sz="8" w:space="0" w:color="04395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D8FA" w:themeFill="accent2" w:themeFillTint="3F"/>
      </w:tcPr>
    </w:tblStylePr>
    <w:tblStylePr w:type="band1Horz">
      <w:tblPr/>
      <w:tcPr>
        <w:tcBorders>
          <w:top w:val="nil"/>
          <w:bottom w:val="nil"/>
          <w:insideH w:val="nil"/>
          <w:insideV w:val="nil"/>
        </w:tcBorders>
        <w:shd w:val="clear" w:color="auto" w:fill="9BD8F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B400" w:themeColor="accent3"/>
        <w:left w:val="single" w:sz="8" w:space="0" w:color="F0B400" w:themeColor="accent3"/>
        <w:bottom w:val="single" w:sz="8" w:space="0" w:color="F0B400" w:themeColor="accent3"/>
        <w:right w:val="single" w:sz="8" w:space="0" w:color="F0B400" w:themeColor="accent3"/>
      </w:tblBorders>
    </w:tblPr>
    <w:tblStylePr w:type="firstRow">
      <w:rPr>
        <w:sz w:val="24"/>
        <w:szCs w:val="24"/>
      </w:rPr>
      <w:tblPr/>
      <w:tcPr>
        <w:tcBorders>
          <w:top w:val="nil"/>
          <w:left w:val="nil"/>
          <w:bottom w:val="single" w:sz="24" w:space="0" w:color="F0B400" w:themeColor="accent3"/>
          <w:right w:val="nil"/>
          <w:insideH w:val="nil"/>
          <w:insideV w:val="nil"/>
        </w:tcBorders>
        <w:shd w:val="clear" w:color="auto" w:fill="FFFFFF" w:themeFill="background1"/>
      </w:tcPr>
    </w:tblStylePr>
    <w:tblStylePr w:type="lastRow">
      <w:tblPr/>
      <w:tcPr>
        <w:tcBorders>
          <w:top w:val="single" w:sz="8" w:space="0" w:color="F0B4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B400" w:themeColor="accent3"/>
          <w:insideH w:val="nil"/>
          <w:insideV w:val="nil"/>
        </w:tcBorders>
        <w:shd w:val="clear" w:color="auto" w:fill="FFFFFF" w:themeFill="background1"/>
      </w:tcPr>
    </w:tblStylePr>
    <w:tblStylePr w:type="lastCol">
      <w:tblPr/>
      <w:tcPr>
        <w:tcBorders>
          <w:top w:val="nil"/>
          <w:left w:val="single" w:sz="8" w:space="0" w:color="F0B4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EBC" w:themeFill="accent3" w:themeFillTint="3F"/>
      </w:tcPr>
    </w:tblStylePr>
    <w:tblStylePr w:type="band1Horz">
      <w:tblPr/>
      <w:tcPr>
        <w:tcBorders>
          <w:top w:val="nil"/>
          <w:bottom w:val="nil"/>
          <w:insideH w:val="nil"/>
          <w:insideV w:val="nil"/>
        </w:tcBorders>
        <w:shd w:val="clear" w:color="auto" w:fill="FFEEBC"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5E75" w:themeColor="accent4"/>
        <w:left w:val="single" w:sz="8" w:space="0" w:color="045E75" w:themeColor="accent4"/>
        <w:bottom w:val="single" w:sz="8" w:space="0" w:color="045E75" w:themeColor="accent4"/>
        <w:right w:val="single" w:sz="8" w:space="0" w:color="045E75" w:themeColor="accent4"/>
      </w:tblBorders>
    </w:tblPr>
    <w:tblStylePr w:type="firstRow">
      <w:rPr>
        <w:sz w:val="24"/>
        <w:szCs w:val="24"/>
      </w:rPr>
      <w:tblPr/>
      <w:tcPr>
        <w:tcBorders>
          <w:top w:val="nil"/>
          <w:left w:val="nil"/>
          <w:bottom w:val="single" w:sz="24" w:space="0" w:color="045E75" w:themeColor="accent4"/>
          <w:right w:val="nil"/>
          <w:insideH w:val="nil"/>
          <w:insideV w:val="nil"/>
        </w:tcBorders>
        <w:shd w:val="clear" w:color="auto" w:fill="FFFFFF" w:themeFill="background1"/>
      </w:tcPr>
    </w:tblStylePr>
    <w:tblStylePr w:type="lastRow">
      <w:tblPr/>
      <w:tcPr>
        <w:tcBorders>
          <w:top w:val="single" w:sz="8" w:space="0" w:color="045E7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5E75" w:themeColor="accent4"/>
          <w:insideH w:val="nil"/>
          <w:insideV w:val="nil"/>
        </w:tcBorders>
        <w:shd w:val="clear" w:color="auto" w:fill="FFFFFF" w:themeFill="background1"/>
      </w:tcPr>
    </w:tblStylePr>
    <w:tblStylePr w:type="lastCol">
      <w:tblPr/>
      <w:tcPr>
        <w:tcBorders>
          <w:top w:val="nil"/>
          <w:left w:val="single" w:sz="8" w:space="0" w:color="045E7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1E9FB" w:themeFill="accent4" w:themeFillTint="3F"/>
      </w:tcPr>
    </w:tblStylePr>
    <w:tblStylePr w:type="band1Horz">
      <w:tblPr/>
      <w:tcPr>
        <w:tcBorders>
          <w:top w:val="nil"/>
          <w:bottom w:val="nil"/>
          <w:insideH w:val="nil"/>
          <w:insideV w:val="nil"/>
        </w:tcBorders>
        <w:shd w:val="clear" w:color="auto" w:fill="A1E9F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B400" w:themeColor="accent5"/>
        <w:left w:val="single" w:sz="8" w:space="0" w:color="F0B400" w:themeColor="accent5"/>
        <w:bottom w:val="single" w:sz="8" w:space="0" w:color="F0B400" w:themeColor="accent5"/>
        <w:right w:val="single" w:sz="8" w:space="0" w:color="F0B400" w:themeColor="accent5"/>
      </w:tblBorders>
    </w:tblPr>
    <w:tblStylePr w:type="firstRow">
      <w:rPr>
        <w:sz w:val="24"/>
        <w:szCs w:val="24"/>
      </w:rPr>
      <w:tblPr/>
      <w:tcPr>
        <w:tcBorders>
          <w:top w:val="nil"/>
          <w:left w:val="nil"/>
          <w:bottom w:val="single" w:sz="24" w:space="0" w:color="F0B400" w:themeColor="accent5"/>
          <w:right w:val="nil"/>
          <w:insideH w:val="nil"/>
          <w:insideV w:val="nil"/>
        </w:tcBorders>
        <w:shd w:val="clear" w:color="auto" w:fill="FFFFFF" w:themeFill="background1"/>
      </w:tcPr>
    </w:tblStylePr>
    <w:tblStylePr w:type="lastRow">
      <w:tblPr/>
      <w:tcPr>
        <w:tcBorders>
          <w:top w:val="single" w:sz="8" w:space="0" w:color="F0B4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B400" w:themeColor="accent5"/>
          <w:insideH w:val="nil"/>
          <w:insideV w:val="nil"/>
        </w:tcBorders>
        <w:shd w:val="clear" w:color="auto" w:fill="FFFFFF" w:themeFill="background1"/>
      </w:tcPr>
    </w:tblStylePr>
    <w:tblStylePr w:type="lastCol">
      <w:tblPr/>
      <w:tcPr>
        <w:tcBorders>
          <w:top w:val="nil"/>
          <w:left w:val="single" w:sz="8" w:space="0" w:color="F0B4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EBC" w:themeFill="accent5" w:themeFillTint="3F"/>
      </w:tcPr>
    </w:tblStylePr>
    <w:tblStylePr w:type="band1Horz">
      <w:tblPr/>
      <w:tcPr>
        <w:tcBorders>
          <w:top w:val="nil"/>
          <w:bottom w:val="nil"/>
          <w:insideH w:val="nil"/>
          <w:insideV w:val="nil"/>
        </w:tcBorders>
        <w:shd w:val="clear" w:color="auto" w:fill="FFEEB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5E75" w:themeColor="accent6"/>
        <w:left w:val="single" w:sz="8" w:space="0" w:color="045E75" w:themeColor="accent6"/>
        <w:bottom w:val="single" w:sz="8" w:space="0" w:color="045E75" w:themeColor="accent6"/>
        <w:right w:val="single" w:sz="8" w:space="0" w:color="045E75" w:themeColor="accent6"/>
      </w:tblBorders>
    </w:tblPr>
    <w:tblStylePr w:type="firstRow">
      <w:rPr>
        <w:sz w:val="24"/>
        <w:szCs w:val="24"/>
      </w:rPr>
      <w:tblPr/>
      <w:tcPr>
        <w:tcBorders>
          <w:top w:val="nil"/>
          <w:left w:val="nil"/>
          <w:bottom w:val="single" w:sz="24" w:space="0" w:color="045E75" w:themeColor="accent6"/>
          <w:right w:val="nil"/>
          <w:insideH w:val="nil"/>
          <w:insideV w:val="nil"/>
        </w:tcBorders>
        <w:shd w:val="clear" w:color="auto" w:fill="FFFFFF" w:themeFill="background1"/>
      </w:tcPr>
    </w:tblStylePr>
    <w:tblStylePr w:type="lastRow">
      <w:tblPr/>
      <w:tcPr>
        <w:tcBorders>
          <w:top w:val="single" w:sz="8" w:space="0" w:color="045E7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5E75" w:themeColor="accent6"/>
          <w:insideH w:val="nil"/>
          <w:insideV w:val="nil"/>
        </w:tcBorders>
        <w:shd w:val="clear" w:color="auto" w:fill="FFFFFF" w:themeFill="background1"/>
      </w:tcPr>
    </w:tblStylePr>
    <w:tblStylePr w:type="lastCol">
      <w:tblPr/>
      <w:tcPr>
        <w:tcBorders>
          <w:top w:val="nil"/>
          <w:left w:val="single" w:sz="8" w:space="0" w:color="045E7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1E9FB" w:themeFill="accent6" w:themeFillTint="3F"/>
      </w:tcPr>
    </w:tblStylePr>
    <w:tblStylePr w:type="band1Horz">
      <w:tblPr/>
      <w:tcPr>
        <w:tcBorders>
          <w:top w:val="nil"/>
          <w:bottom w:val="nil"/>
          <w:insideH w:val="nil"/>
          <w:insideV w:val="nil"/>
        </w:tcBorders>
        <w:shd w:val="clear" w:color="auto" w:fill="A1E9F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404040" w:themeColor="accent1" w:themeTint="BF"/>
        <w:left w:val="single" w:sz="8" w:space="0" w:color="404040" w:themeColor="accent1" w:themeTint="BF"/>
        <w:bottom w:val="single" w:sz="8" w:space="0" w:color="404040" w:themeColor="accent1" w:themeTint="BF"/>
        <w:right w:val="single" w:sz="8" w:space="0" w:color="404040" w:themeColor="accent1" w:themeTint="BF"/>
        <w:insideH w:val="single" w:sz="8" w:space="0" w:color="404040" w:themeColor="accent1" w:themeTint="BF"/>
        <w:insideV w:val="single" w:sz="8" w:space="0" w:color="404040" w:themeColor="accent1" w:themeTint="BF"/>
      </w:tblBorders>
    </w:tblPr>
    <w:tcPr>
      <w:shd w:val="clear" w:color="auto" w:fill="C0C0C0" w:themeFill="accent1" w:themeFillTint="3F"/>
    </w:tcPr>
    <w:tblStylePr w:type="firstRow">
      <w:rPr>
        <w:b/>
        <w:bCs/>
      </w:rPr>
    </w:tblStylePr>
    <w:tblStylePr w:type="lastRow">
      <w:rPr>
        <w:b/>
        <w:bCs/>
      </w:rPr>
      <w:tblPr/>
      <w:tcPr>
        <w:tcBorders>
          <w:top w:val="single" w:sz="18" w:space="0" w:color="404040" w:themeColor="accent1" w:themeTint="BF"/>
        </w:tcBorders>
      </w:tcPr>
    </w:tblStylePr>
    <w:tblStylePr w:type="firstCol">
      <w:rPr>
        <w:b/>
        <w:bCs/>
      </w:rPr>
    </w:tblStylePr>
    <w:tblStylePr w:type="lastCol">
      <w:rPr>
        <w:b/>
        <w:bCs/>
      </w:rPr>
    </w:tblStylePr>
    <w:tblStylePr w:type="band1Vert">
      <w:tblPr/>
      <w:tcPr>
        <w:shd w:val="clear" w:color="auto" w:fill="808080" w:themeFill="accent1" w:themeFillTint="7F"/>
      </w:tcPr>
    </w:tblStylePr>
    <w:tblStylePr w:type="band1Horz">
      <w:tblPr/>
      <w:tcPr>
        <w:shd w:val="clear" w:color="auto" w:fill="808080"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087BBA" w:themeColor="accent2" w:themeTint="BF"/>
        <w:left w:val="single" w:sz="8" w:space="0" w:color="087BBA" w:themeColor="accent2" w:themeTint="BF"/>
        <w:bottom w:val="single" w:sz="8" w:space="0" w:color="087BBA" w:themeColor="accent2" w:themeTint="BF"/>
        <w:right w:val="single" w:sz="8" w:space="0" w:color="087BBA" w:themeColor="accent2" w:themeTint="BF"/>
        <w:insideH w:val="single" w:sz="8" w:space="0" w:color="087BBA" w:themeColor="accent2" w:themeTint="BF"/>
        <w:insideV w:val="single" w:sz="8" w:space="0" w:color="087BBA" w:themeColor="accent2" w:themeTint="BF"/>
      </w:tblBorders>
    </w:tblPr>
    <w:tcPr>
      <w:shd w:val="clear" w:color="auto" w:fill="9BD8FA" w:themeFill="accent2" w:themeFillTint="3F"/>
    </w:tcPr>
    <w:tblStylePr w:type="firstRow">
      <w:rPr>
        <w:b/>
        <w:bCs/>
      </w:rPr>
    </w:tblStylePr>
    <w:tblStylePr w:type="lastRow">
      <w:rPr>
        <w:b/>
        <w:bCs/>
      </w:rPr>
      <w:tblPr/>
      <w:tcPr>
        <w:tcBorders>
          <w:top w:val="single" w:sz="18" w:space="0" w:color="087BBA" w:themeColor="accent2" w:themeTint="BF"/>
        </w:tcBorders>
      </w:tcPr>
    </w:tblStylePr>
    <w:tblStylePr w:type="firstCol">
      <w:rPr>
        <w:b/>
        <w:bCs/>
      </w:rPr>
    </w:tblStylePr>
    <w:tblStylePr w:type="lastCol">
      <w:rPr>
        <w:b/>
        <w:bCs/>
      </w:rPr>
    </w:tblStylePr>
    <w:tblStylePr w:type="band1Vert">
      <w:tblPr/>
      <w:tcPr>
        <w:shd w:val="clear" w:color="auto" w:fill="36B1F5" w:themeFill="accent2" w:themeFillTint="7F"/>
      </w:tcPr>
    </w:tblStylePr>
    <w:tblStylePr w:type="band1Horz">
      <w:tblPr/>
      <w:tcPr>
        <w:shd w:val="clear" w:color="auto" w:fill="36B1F5"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FFCC34" w:themeColor="accent3" w:themeTint="BF"/>
        <w:left w:val="single" w:sz="8" w:space="0" w:color="FFCC34" w:themeColor="accent3" w:themeTint="BF"/>
        <w:bottom w:val="single" w:sz="8" w:space="0" w:color="FFCC34" w:themeColor="accent3" w:themeTint="BF"/>
        <w:right w:val="single" w:sz="8" w:space="0" w:color="FFCC34" w:themeColor="accent3" w:themeTint="BF"/>
        <w:insideH w:val="single" w:sz="8" w:space="0" w:color="FFCC34" w:themeColor="accent3" w:themeTint="BF"/>
        <w:insideV w:val="single" w:sz="8" w:space="0" w:color="FFCC34" w:themeColor="accent3" w:themeTint="BF"/>
      </w:tblBorders>
    </w:tblPr>
    <w:tcPr>
      <w:shd w:val="clear" w:color="auto" w:fill="FFEEBC" w:themeFill="accent3" w:themeFillTint="3F"/>
    </w:tcPr>
    <w:tblStylePr w:type="firstRow">
      <w:rPr>
        <w:b/>
        <w:bCs/>
      </w:rPr>
    </w:tblStylePr>
    <w:tblStylePr w:type="lastRow">
      <w:rPr>
        <w:b/>
        <w:bCs/>
      </w:rPr>
      <w:tblPr/>
      <w:tcPr>
        <w:tcBorders>
          <w:top w:val="single" w:sz="18" w:space="0" w:color="FFCC34" w:themeColor="accent3" w:themeTint="BF"/>
        </w:tcBorders>
      </w:tcPr>
    </w:tblStylePr>
    <w:tblStylePr w:type="firstCol">
      <w:rPr>
        <w:b/>
        <w:bCs/>
      </w:rPr>
    </w:tblStylePr>
    <w:tblStylePr w:type="lastCol">
      <w:rPr>
        <w:b/>
        <w:bCs/>
      </w:rPr>
    </w:tblStylePr>
    <w:tblStylePr w:type="band1Vert">
      <w:tblPr/>
      <w:tcPr>
        <w:shd w:val="clear" w:color="auto" w:fill="FFDD78" w:themeFill="accent3" w:themeFillTint="7F"/>
      </w:tcPr>
    </w:tblStylePr>
    <w:tblStylePr w:type="band1Horz">
      <w:tblPr/>
      <w:tcPr>
        <w:shd w:val="clear" w:color="auto" w:fill="FFDD78"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07A9D3" w:themeColor="accent4" w:themeTint="BF"/>
        <w:left w:val="single" w:sz="8" w:space="0" w:color="07A9D3" w:themeColor="accent4" w:themeTint="BF"/>
        <w:bottom w:val="single" w:sz="8" w:space="0" w:color="07A9D3" w:themeColor="accent4" w:themeTint="BF"/>
        <w:right w:val="single" w:sz="8" w:space="0" w:color="07A9D3" w:themeColor="accent4" w:themeTint="BF"/>
        <w:insideH w:val="single" w:sz="8" w:space="0" w:color="07A9D3" w:themeColor="accent4" w:themeTint="BF"/>
        <w:insideV w:val="single" w:sz="8" w:space="0" w:color="07A9D3" w:themeColor="accent4" w:themeTint="BF"/>
      </w:tblBorders>
    </w:tblPr>
    <w:tcPr>
      <w:shd w:val="clear" w:color="auto" w:fill="A1E9FB" w:themeFill="accent4" w:themeFillTint="3F"/>
    </w:tcPr>
    <w:tblStylePr w:type="firstRow">
      <w:rPr>
        <w:b/>
        <w:bCs/>
      </w:rPr>
    </w:tblStylePr>
    <w:tblStylePr w:type="lastRow">
      <w:rPr>
        <w:b/>
        <w:bCs/>
      </w:rPr>
      <w:tblPr/>
      <w:tcPr>
        <w:tcBorders>
          <w:top w:val="single" w:sz="18" w:space="0" w:color="07A9D3" w:themeColor="accent4" w:themeTint="BF"/>
        </w:tcBorders>
      </w:tcPr>
    </w:tblStylePr>
    <w:tblStylePr w:type="firstCol">
      <w:rPr>
        <w:b/>
        <w:bCs/>
      </w:rPr>
    </w:tblStylePr>
    <w:tblStylePr w:type="lastCol">
      <w:rPr>
        <w:b/>
        <w:bCs/>
      </w:rPr>
    </w:tblStylePr>
    <w:tblStylePr w:type="band1Vert">
      <w:tblPr/>
      <w:tcPr>
        <w:shd w:val="clear" w:color="auto" w:fill="43D3F8" w:themeFill="accent4" w:themeFillTint="7F"/>
      </w:tcPr>
    </w:tblStylePr>
    <w:tblStylePr w:type="band1Horz">
      <w:tblPr/>
      <w:tcPr>
        <w:shd w:val="clear" w:color="auto" w:fill="43D3F8"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FFCC34" w:themeColor="accent5" w:themeTint="BF"/>
        <w:left w:val="single" w:sz="8" w:space="0" w:color="FFCC34" w:themeColor="accent5" w:themeTint="BF"/>
        <w:bottom w:val="single" w:sz="8" w:space="0" w:color="FFCC34" w:themeColor="accent5" w:themeTint="BF"/>
        <w:right w:val="single" w:sz="8" w:space="0" w:color="FFCC34" w:themeColor="accent5" w:themeTint="BF"/>
        <w:insideH w:val="single" w:sz="8" w:space="0" w:color="FFCC34" w:themeColor="accent5" w:themeTint="BF"/>
        <w:insideV w:val="single" w:sz="8" w:space="0" w:color="FFCC34" w:themeColor="accent5" w:themeTint="BF"/>
      </w:tblBorders>
    </w:tblPr>
    <w:tcPr>
      <w:shd w:val="clear" w:color="auto" w:fill="FFEEBC" w:themeFill="accent5" w:themeFillTint="3F"/>
    </w:tcPr>
    <w:tblStylePr w:type="firstRow">
      <w:rPr>
        <w:b/>
        <w:bCs/>
      </w:rPr>
    </w:tblStylePr>
    <w:tblStylePr w:type="lastRow">
      <w:rPr>
        <w:b/>
        <w:bCs/>
      </w:rPr>
      <w:tblPr/>
      <w:tcPr>
        <w:tcBorders>
          <w:top w:val="single" w:sz="18" w:space="0" w:color="FFCC34" w:themeColor="accent5" w:themeTint="BF"/>
        </w:tcBorders>
      </w:tcPr>
    </w:tblStylePr>
    <w:tblStylePr w:type="firstCol">
      <w:rPr>
        <w:b/>
        <w:bCs/>
      </w:rPr>
    </w:tblStylePr>
    <w:tblStylePr w:type="lastCol">
      <w:rPr>
        <w:b/>
        <w:bCs/>
      </w:rPr>
    </w:tblStylePr>
    <w:tblStylePr w:type="band1Vert">
      <w:tblPr/>
      <w:tcPr>
        <w:shd w:val="clear" w:color="auto" w:fill="FFDD78" w:themeFill="accent5" w:themeFillTint="7F"/>
      </w:tcPr>
    </w:tblStylePr>
    <w:tblStylePr w:type="band1Horz">
      <w:tblPr/>
      <w:tcPr>
        <w:shd w:val="clear" w:color="auto" w:fill="FFDD78"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07A9D3" w:themeColor="accent6" w:themeTint="BF"/>
        <w:left w:val="single" w:sz="8" w:space="0" w:color="07A9D3" w:themeColor="accent6" w:themeTint="BF"/>
        <w:bottom w:val="single" w:sz="8" w:space="0" w:color="07A9D3" w:themeColor="accent6" w:themeTint="BF"/>
        <w:right w:val="single" w:sz="8" w:space="0" w:color="07A9D3" w:themeColor="accent6" w:themeTint="BF"/>
        <w:insideH w:val="single" w:sz="8" w:space="0" w:color="07A9D3" w:themeColor="accent6" w:themeTint="BF"/>
        <w:insideV w:val="single" w:sz="8" w:space="0" w:color="07A9D3" w:themeColor="accent6" w:themeTint="BF"/>
      </w:tblBorders>
    </w:tblPr>
    <w:tcPr>
      <w:shd w:val="clear" w:color="auto" w:fill="A1E9FB" w:themeFill="accent6" w:themeFillTint="3F"/>
    </w:tcPr>
    <w:tblStylePr w:type="firstRow">
      <w:rPr>
        <w:b/>
        <w:bCs/>
      </w:rPr>
    </w:tblStylePr>
    <w:tblStylePr w:type="lastRow">
      <w:rPr>
        <w:b/>
        <w:bCs/>
      </w:rPr>
      <w:tblPr/>
      <w:tcPr>
        <w:tcBorders>
          <w:top w:val="single" w:sz="18" w:space="0" w:color="07A9D3" w:themeColor="accent6" w:themeTint="BF"/>
        </w:tcBorders>
      </w:tcPr>
    </w:tblStylePr>
    <w:tblStylePr w:type="firstCol">
      <w:rPr>
        <w:b/>
        <w:bCs/>
      </w:rPr>
    </w:tblStylePr>
    <w:tblStylePr w:type="lastCol">
      <w:rPr>
        <w:b/>
        <w:bCs/>
      </w:rPr>
    </w:tblStylePr>
    <w:tblStylePr w:type="band1Vert">
      <w:tblPr/>
      <w:tcPr>
        <w:shd w:val="clear" w:color="auto" w:fill="43D3F8" w:themeFill="accent6" w:themeFillTint="7F"/>
      </w:tcPr>
    </w:tblStylePr>
    <w:tblStylePr w:type="band1Horz">
      <w:tblPr/>
      <w:tcPr>
        <w:shd w:val="clear" w:color="auto" w:fill="43D3F8"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Pr>
    <w:tcPr>
      <w:shd w:val="clear" w:color="auto" w:fill="C0C0C0" w:themeFill="accent1" w:themeFillTint="3F"/>
    </w:tcPr>
    <w:tblStylePr w:type="firstRow">
      <w:rPr>
        <w:b/>
        <w:bCs/>
        <w:color w:val="000000" w:themeColor="text1"/>
      </w:rPr>
      <w:tblPr/>
      <w:tcPr>
        <w:shd w:val="clear" w:color="auto" w:fill="E6E6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1" w:themeFillTint="33"/>
      </w:tcPr>
    </w:tblStylePr>
    <w:tblStylePr w:type="band1Vert">
      <w:tblPr/>
      <w:tcPr>
        <w:shd w:val="clear" w:color="auto" w:fill="808080" w:themeFill="accent1" w:themeFillTint="7F"/>
      </w:tcPr>
    </w:tblStylePr>
    <w:tblStylePr w:type="band1Horz">
      <w:tblPr/>
      <w:tcPr>
        <w:tcBorders>
          <w:insideH w:val="single" w:sz="6" w:space="0" w:color="000000" w:themeColor="accent1"/>
          <w:insideV w:val="single" w:sz="6" w:space="0" w:color="000000" w:themeColor="accent1"/>
        </w:tcBorders>
        <w:shd w:val="clear" w:color="auto" w:fill="80808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3956" w:themeColor="accent2"/>
        <w:left w:val="single" w:sz="8" w:space="0" w:color="043956" w:themeColor="accent2"/>
        <w:bottom w:val="single" w:sz="8" w:space="0" w:color="043956" w:themeColor="accent2"/>
        <w:right w:val="single" w:sz="8" w:space="0" w:color="043956" w:themeColor="accent2"/>
        <w:insideH w:val="single" w:sz="8" w:space="0" w:color="043956" w:themeColor="accent2"/>
        <w:insideV w:val="single" w:sz="8" w:space="0" w:color="043956" w:themeColor="accent2"/>
      </w:tblBorders>
    </w:tblPr>
    <w:tcPr>
      <w:shd w:val="clear" w:color="auto" w:fill="9BD8FA" w:themeFill="accent2" w:themeFillTint="3F"/>
    </w:tcPr>
    <w:tblStylePr w:type="firstRow">
      <w:rPr>
        <w:b/>
        <w:bCs/>
        <w:color w:val="000000" w:themeColor="text1"/>
      </w:rPr>
      <w:tblPr/>
      <w:tcPr>
        <w:shd w:val="clear" w:color="auto" w:fill="D7EF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DFFB" w:themeFill="accent2" w:themeFillTint="33"/>
      </w:tcPr>
    </w:tblStylePr>
    <w:tblStylePr w:type="band1Vert">
      <w:tblPr/>
      <w:tcPr>
        <w:shd w:val="clear" w:color="auto" w:fill="36B1F5" w:themeFill="accent2" w:themeFillTint="7F"/>
      </w:tcPr>
    </w:tblStylePr>
    <w:tblStylePr w:type="band1Horz">
      <w:tblPr/>
      <w:tcPr>
        <w:tcBorders>
          <w:insideH w:val="single" w:sz="6" w:space="0" w:color="043956" w:themeColor="accent2"/>
          <w:insideV w:val="single" w:sz="6" w:space="0" w:color="043956" w:themeColor="accent2"/>
        </w:tcBorders>
        <w:shd w:val="clear" w:color="auto" w:fill="36B1F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B400" w:themeColor="accent3"/>
        <w:left w:val="single" w:sz="8" w:space="0" w:color="F0B400" w:themeColor="accent3"/>
        <w:bottom w:val="single" w:sz="8" w:space="0" w:color="F0B400" w:themeColor="accent3"/>
        <w:right w:val="single" w:sz="8" w:space="0" w:color="F0B400" w:themeColor="accent3"/>
        <w:insideH w:val="single" w:sz="8" w:space="0" w:color="F0B400" w:themeColor="accent3"/>
        <w:insideV w:val="single" w:sz="8" w:space="0" w:color="F0B400" w:themeColor="accent3"/>
      </w:tblBorders>
    </w:tblPr>
    <w:tcPr>
      <w:shd w:val="clear" w:color="auto" w:fill="FFEEBC" w:themeFill="accent3" w:themeFillTint="3F"/>
    </w:tcPr>
    <w:tblStylePr w:type="firstRow">
      <w:rPr>
        <w:b/>
        <w:bCs/>
        <w:color w:val="000000" w:themeColor="text1"/>
      </w:rPr>
      <w:tblPr/>
      <w:tcPr>
        <w:shd w:val="clear" w:color="auto" w:fill="FFF8E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1C9" w:themeFill="accent3" w:themeFillTint="33"/>
      </w:tcPr>
    </w:tblStylePr>
    <w:tblStylePr w:type="band1Vert">
      <w:tblPr/>
      <w:tcPr>
        <w:shd w:val="clear" w:color="auto" w:fill="FFDD78" w:themeFill="accent3" w:themeFillTint="7F"/>
      </w:tcPr>
    </w:tblStylePr>
    <w:tblStylePr w:type="band1Horz">
      <w:tblPr/>
      <w:tcPr>
        <w:tcBorders>
          <w:insideH w:val="single" w:sz="6" w:space="0" w:color="F0B400" w:themeColor="accent3"/>
          <w:insideV w:val="single" w:sz="6" w:space="0" w:color="F0B400" w:themeColor="accent3"/>
        </w:tcBorders>
        <w:shd w:val="clear" w:color="auto" w:fill="FFDD7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5E75" w:themeColor="accent4"/>
        <w:left w:val="single" w:sz="8" w:space="0" w:color="045E75" w:themeColor="accent4"/>
        <w:bottom w:val="single" w:sz="8" w:space="0" w:color="045E75" w:themeColor="accent4"/>
        <w:right w:val="single" w:sz="8" w:space="0" w:color="045E75" w:themeColor="accent4"/>
        <w:insideH w:val="single" w:sz="8" w:space="0" w:color="045E75" w:themeColor="accent4"/>
        <w:insideV w:val="single" w:sz="8" w:space="0" w:color="045E75" w:themeColor="accent4"/>
      </w:tblBorders>
    </w:tblPr>
    <w:tcPr>
      <w:shd w:val="clear" w:color="auto" w:fill="A1E9FB" w:themeFill="accent4" w:themeFillTint="3F"/>
    </w:tcPr>
    <w:tblStylePr w:type="firstRow">
      <w:rPr>
        <w:b/>
        <w:bCs/>
        <w:color w:val="000000" w:themeColor="text1"/>
      </w:rPr>
      <w:tblPr/>
      <w:tcPr>
        <w:shd w:val="clear" w:color="auto" w:fill="D9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3EDFC" w:themeFill="accent4" w:themeFillTint="33"/>
      </w:tcPr>
    </w:tblStylePr>
    <w:tblStylePr w:type="band1Vert">
      <w:tblPr/>
      <w:tcPr>
        <w:shd w:val="clear" w:color="auto" w:fill="43D3F8" w:themeFill="accent4" w:themeFillTint="7F"/>
      </w:tcPr>
    </w:tblStylePr>
    <w:tblStylePr w:type="band1Horz">
      <w:tblPr/>
      <w:tcPr>
        <w:tcBorders>
          <w:insideH w:val="single" w:sz="6" w:space="0" w:color="045E75" w:themeColor="accent4"/>
          <w:insideV w:val="single" w:sz="6" w:space="0" w:color="045E75" w:themeColor="accent4"/>
        </w:tcBorders>
        <w:shd w:val="clear" w:color="auto" w:fill="43D3F8"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B400" w:themeColor="accent5"/>
        <w:left w:val="single" w:sz="8" w:space="0" w:color="F0B400" w:themeColor="accent5"/>
        <w:bottom w:val="single" w:sz="8" w:space="0" w:color="F0B400" w:themeColor="accent5"/>
        <w:right w:val="single" w:sz="8" w:space="0" w:color="F0B400" w:themeColor="accent5"/>
        <w:insideH w:val="single" w:sz="8" w:space="0" w:color="F0B400" w:themeColor="accent5"/>
        <w:insideV w:val="single" w:sz="8" w:space="0" w:color="F0B400" w:themeColor="accent5"/>
      </w:tblBorders>
    </w:tblPr>
    <w:tcPr>
      <w:shd w:val="clear" w:color="auto" w:fill="FFEEBC" w:themeFill="accent5" w:themeFillTint="3F"/>
    </w:tcPr>
    <w:tblStylePr w:type="firstRow">
      <w:rPr>
        <w:b/>
        <w:bCs/>
        <w:color w:val="000000" w:themeColor="text1"/>
      </w:rPr>
      <w:tblPr/>
      <w:tcPr>
        <w:shd w:val="clear" w:color="auto" w:fill="FFF8E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1C9" w:themeFill="accent5" w:themeFillTint="33"/>
      </w:tcPr>
    </w:tblStylePr>
    <w:tblStylePr w:type="band1Vert">
      <w:tblPr/>
      <w:tcPr>
        <w:shd w:val="clear" w:color="auto" w:fill="FFDD78" w:themeFill="accent5" w:themeFillTint="7F"/>
      </w:tcPr>
    </w:tblStylePr>
    <w:tblStylePr w:type="band1Horz">
      <w:tblPr/>
      <w:tcPr>
        <w:tcBorders>
          <w:insideH w:val="single" w:sz="6" w:space="0" w:color="F0B400" w:themeColor="accent5"/>
          <w:insideV w:val="single" w:sz="6" w:space="0" w:color="F0B400" w:themeColor="accent5"/>
        </w:tcBorders>
        <w:shd w:val="clear" w:color="auto" w:fill="FFDD7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5E75" w:themeColor="accent6"/>
        <w:left w:val="single" w:sz="8" w:space="0" w:color="045E75" w:themeColor="accent6"/>
        <w:bottom w:val="single" w:sz="8" w:space="0" w:color="045E75" w:themeColor="accent6"/>
        <w:right w:val="single" w:sz="8" w:space="0" w:color="045E75" w:themeColor="accent6"/>
        <w:insideH w:val="single" w:sz="8" w:space="0" w:color="045E75" w:themeColor="accent6"/>
        <w:insideV w:val="single" w:sz="8" w:space="0" w:color="045E75" w:themeColor="accent6"/>
      </w:tblBorders>
    </w:tblPr>
    <w:tcPr>
      <w:shd w:val="clear" w:color="auto" w:fill="A1E9FB" w:themeFill="accent6" w:themeFillTint="3F"/>
    </w:tcPr>
    <w:tblStylePr w:type="firstRow">
      <w:rPr>
        <w:b/>
        <w:bCs/>
        <w:color w:val="000000" w:themeColor="text1"/>
      </w:rPr>
      <w:tblPr/>
      <w:tcPr>
        <w:shd w:val="clear" w:color="auto" w:fill="D9F6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3EDFC" w:themeFill="accent6" w:themeFillTint="33"/>
      </w:tcPr>
    </w:tblStylePr>
    <w:tblStylePr w:type="band1Vert">
      <w:tblPr/>
      <w:tcPr>
        <w:shd w:val="clear" w:color="auto" w:fill="43D3F8" w:themeFill="accent6" w:themeFillTint="7F"/>
      </w:tcPr>
    </w:tblStylePr>
    <w:tblStylePr w:type="band1Horz">
      <w:tblPr/>
      <w:tcPr>
        <w:tcBorders>
          <w:insideH w:val="single" w:sz="6" w:space="0" w:color="045E75" w:themeColor="accent6"/>
          <w:insideV w:val="single" w:sz="6" w:space="0" w:color="045E75" w:themeColor="accent6"/>
        </w:tcBorders>
        <w:shd w:val="clear" w:color="auto" w:fill="43D3F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D8F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395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395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395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395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6B1F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6B1F5"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EBC"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B4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B4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B4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B4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D7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D78"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1E9F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5E7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5E7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5E7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5E7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3D3F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3D3F8"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EB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B4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B4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B4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B4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D7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D78"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1E9F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5E7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5E7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5E7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5E7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3D3F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3D3F8"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1" w:themeFillShade="BF"/>
      </w:tcPr>
    </w:tblStylePr>
    <w:tblStylePr w:type="band1Vert">
      <w:tblPr/>
      <w:tcPr>
        <w:tcBorders>
          <w:top w:val="nil"/>
          <w:left w:val="nil"/>
          <w:bottom w:val="nil"/>
          <w:right w:val="nil"/>
          <w:insideH w:val="nil"/>
          <w:insideV w:val="nil"/>
        </w:tcBorders>
        <w:shd w:val="clear" w:color="auto" w:fill="000000" w:themeFill="accent1" w:themeFillShade="BF"/>
      </w:tcPr>
    </w:tblStylePr>
    <w:tblStylePr w:type="band1Horz">
      <w:tblPr/>
      <w:tcPr>
        <w:tcBorders>
          <w:top w:val="nil"/>
          <w:left w:val="nil"/>
          <w:bottom w:val="nil"/>
          <w:right w:val="nil"/>
          <w:insideH w:val="nil"/>
          <w:insideV w:val="nil"/>
        </w:tcBorders>
        <w:shd w:val="clear" w:color="auto" w:fill="000000"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04395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1C2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32A4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32A40" w:themeFill="accent2" w:themeFillShade="BF"/>
      </w:tcPr>
    </w:tblStylePr>
    <w:tblStylePr w:type="band1Vert">
      <w:tblPr/>
      <w:tcPr>
        <w:tcBorders>
          <w:top w:val="nil"/>
          <w:left w:val="nil"/>
          <w:bottom w:val="nil"/>
          <w:right w:val="nil"/>
          <w:insideH w:val="nil"/>
          <w:insideV w:val="nil"/>
        </w:tcBorders>
        <w:shd w:val="clear" w:color="auto" w:fill="032A40" w:themeFill="accent2" w:themeFillShade="BF"/>
      </w:tcPr>
    </w:tblStylePr>
    <w:tblStylePr w:type="band1Horz">
      <w:tblPr/>
      <w:tcPr>
        <w:tcBorders>
          <w:top w:val="nil"/>
          <w:left w:val="nil"/>
          <w:bottom w:val="nil"/>
          <w:right w:val="nil"/>
          <w:insideH w:val="nil"/>
          <w:insideV w:val="nil"/>
        </w:tcBorders>
        <w:shd w:val="clear" w:color="auto" w:fill="032A40"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F0B4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759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386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38600" w:themeFill="accent3" w:themeFillShade="BF"/>
      </w:tcPr>
    </w:tblStylePr>
    <w:tblStylePr w:type="band1Vert">
      <w:tblPr/>
      <w:tcPr>
        <w:tcBorders>
          <w:top w:val="nil"/>
          <w:left w:val="nil"/>
          <w:bottom w:val="nil"/>
          <w:right w:val="nil"/>
          <w:insideH w:val="nil"/>
          <w:insideV w:val="nil"/>
        </w:tcBorders>
        <w:shd w:val="clear" w:color="auto" w:fill="B38600" w:themeFill="accent3" w:themeFillShade="BF"/>
      </w:tcPr>
    </w:tblStylePr>
    <w:tblStylePr w:type="band1Horz">
      <w:tblPr/>
      <w:tcPr>
        <w:tcBorders>
          <w:top w:val="nil"/>
          <w:left w:val="nil"/>
          <w:bottom w:val="nil"/>
          <w:right w:val="nil"/>
          <w:insideH w:val="nil"/>
          <w:insideV w:val="nil"/>
        </w:tcBorders>
        <w:shd w:val="clear" w:color="auto" w:fill="B38600"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45E7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2E3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34657"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34657" w:themeFill="accent4" w:themeFillShade="BF"/>
      </w:tcPr>
    </w:tblStylePr>
    <w:tblStylePr w:type="band1Vert">
      <w:tblPr/>
      <w:tcPr>
        <w:tcBorders>
          <w:top w:val="nil"/>
          <w:left w:val="nil"/>
          <w:bottom w:val="nil"/>
          <w:right w:val="nil"/>
          <w:insideH w:val="nil"/>
          <w:insideV w:val="nil"/>
        </w:tcBorders>
        <w:shd w:val="clear" w:color="auto" w:fill="034657" w:themeFill="accent4" w:themeFillShade="BF"/>
      </w:tcPr>
    </w:tblStylePr>
    <w:tblStylePr w:type="band1Horz">
      <w:tblPr/>
      <w:tcPr>
        <w:tcBorders>
          <w:top w:val="nil"/>
          <w:left w:val="nil"/>
          <w:bottom w:val="nil"/>
          <w:right w:val="nil"/>
          <w:insideH w:val="nil"/>
          <w:insideV w:val="nil"/>
        </w:tcBorders>
        <w:shd w:val="clear" w:color="auto" w:fill="034657"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F0B4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759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386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38600" w:themeFill="accent5" w:themeFillShade="BF"/>
      </w:tcPr>
    </w:tblStylePr>
    <w:tblStylePr w:type="band1Vert">
      <w:tblPr/>
      <w:tcPr>
        <w:tcBorders>
          <w:top w:val="nil"/>
          <w:left w:val="nil"/>
          <w:bottom w:val="nil"/>
          <w:right w:val="nil"/>
          <w:insideH w:val="nil"/>
          <w:insideV w:val="nil"/>
        </w:tcBorders>
        <w:shd w:val="clear" w:color="auto" w:fill="B38600" w:themeFill="accent5" w:themeFillShade="BF"/>
      </w:tcPr>
    </w:tblStylePr>
    <w:tblStylePr w:type="band1Horz">
      <w:tblPr/>
      <w:tcPr>
        <w:tcBorders>
          <w:top w:val="nil"/>
          <w:left w:val="nil"/>
          <w:bottom w:val="nil"/>
          <w:right w:val="nil"/>
          <w:insideH w:val="nil"/>
          <w:insideV w:val="nil"/>
        </w:tcBorders>
        <w:shd w:val="clear" w:color="auto" w:fill="B38600"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045E7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2E3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3465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34657" w:themeFill="accent6" w:themeFillShade="BF"/>
      </w:tcPr>
    </w:tblStylePr>
    <w:tblStylePr w:type="band1Vert">
      <w:tblPr/>
      <w:tcPr>
        <w:tcBorders>
          <w:top w:val="nil"/>
          <w:left w:val="nil"/>
          <w:bottom w:val="nil"/>
          <w:right w:val="nil"/>
          <w:insideH w:val="nil"/>
          <w:insideV w:val="nil"/>
        </w:tcBorders>
        <w:shd w:val="clear" w:color="auto" w:fill="034657" w:themeFill="accent6" w:themeFillShade="BF"/>
      </w:tcPr>
    </w:tblStylePr>
    <w:tblStylePr w:type="band1Horz">
      <w:tblPr/>
      <w:tcPr>
        <w:tcBorders>
          <w:top w:val="nil"/>
          <w:left w:val="nil"/>
          <w:bottom w:val="nil"/>
          <w:right w:val="nil"/>
          <w:insideH w:val="nil"/>
          <w:insideV w:val="nil"/>
        </w:tcBorders>
        <w:shd w:val="clear" w:color="auto" w:fill="034657"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04395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439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043956" w:themeColor="accent2"/>
        <w:left w:val="single" w:sz="4" w:space="0" w:color="000000" w:themeColor="accent1"/>
        <w:bottom w:val="single" w:sz="4" w:space="0" w:color="000000" w:themeColor="accent1"/>
        <w:right w:val="single" w:sz="4" w:space="0" w:color="000000" w:themeColor="accent1"/>
        <w:insideH w:val="single" w:sz="4" w:space="0" w:color="FFFFFF" w:themeColor="background1"/>
        <w:insideV w:val="single" w:sz="4" w:space="0" w:color="FFFFFF" w:themeColor="background1"/>
      </w:tblBorders>
    </w:tblPr>
    <w:tcPr>
      <w:shd w:val="clear" w:color="auto" w:fill="E6E6E6" w:themeFill="accent1" w:themeFillTint="19"/>
    </w:tcPr>
    <w:tblStylePr w:type="firstRow">
      <w:rPr>
        <w:b/>
        <w:bCs/>
      </w:rPr>
      <w:tblPr/>
      <w:tcPr>
        <w:tcBorders>
          <w:top w:val="nil"/>
          <w:left w:val="nil"/>
          <w:bottom w:val="single" w:sz="24" w:space="0" w:color="0439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1" w:themeFillShade="99"/>
      </w:tcPr>
    </w:tblStylePr>
    <w:tblStylePr w:type="firstCol">
      <w:rPr>
        <w:color w:val="FFFFFF" w:themeColor="background1"/>
      </w:rPr>
      <w:tblPr/>
      <w:tcPr>
        <w:tcBorders>
          <w:top w:val="nil"/>
          <w:left w:val="nil"/>
          <w:bottom w:val="nil"/>
          <w:right w:val="nil"/>
          <w:insideH w:val="single" w:sz="4" w:space="0" w:color="000000" w:themeColor="accent1" w:themeShade="99"/>
          <w:insideV w:val="nil"/>
        </w:tcBorders>
        <w:shd w:val="clear" w:color="auto" w:fill="0000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1" w:themeFillShade="99"/>
      </w:tcPr>
    </w:tblStylePr>
    <w:tblStylePr w:type="band1Vert">
      <w:tblPr/>
      <w:tcPr>
        <w:shd w:val="clear" w:color="auto" w:fill="999999" w:themeFill="accent1" w:themeFillTint="66"/>
      </w:tcPr>
    </w:tblStylePr>
    <w:tblStylePr w:type="band1Horz">
      <w:tblPr/>
      <w:tcPr>
        <w:shd w:val="clear" w:color="auto" w:fill="80808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043956" w:themeColor="accent2"/>
        <w:left w:val="single" w:sz="4" w:space="0" w:color="043956" w:themeColor="accent2"/>
        <w:bottom w:val="single" w:sz="4" w:space="0" w:color="043956" w:themeColor="accent2"/>
        <w:right w:val="single" w:sz="4" w:space="0" w:color="043956" w:themeColor="accent2"/>
        <w:insideH w:val="single" w:sz="4" w:space="0" w:color="FFFFFF" w:themeColor="background1"/>
        <w:insideV w:val="single" w:sz="4" w:space="0" w:color="FFFFFF" w:themeColor="background1"/>
      </w:tblBorders>
    </w:tblPr>
    <w:tcPr>
      <w:shd w:val="clear" w:color="auto" w:fill="D7EFFD" w:themeFill="accent2" w:themeFillTint="19"/>
    </w:tcPr>
    <w:tblStylePr w:type="firstRow">
      <w:rPr>
        <w:b/>
        <w:bCs/>
      </w:rPr>
      <w:tblPr/>
      <w:tcPr>
        <w:tcBorders>
          <w:top w:val="nil"/>
          <w:left w:val="nil"/>
          <w:bottom w:val="single" w:sz="24" w:space="0" w:color="0439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2233" w:themeFill="accent2" w:themeFillShade="99"/>
      </w:tcPr>
    </w:tblStylePr>
    <w:tblStylePr w:type="firstCol">
      <w:rPr>
        <w:color w:val="FFFFFF" w:themeColor="background1"/>
      </w:rPr>
      <w:tblPr/>
      <w:tcPr>
        <w:tcBorders>
          <w:top w:val="nil"/>
          <w:left w:val="nil"/>
          <w:bottom w:val="nil"/>
          <w:right w:val="nil"/>
          <w:insideH w:val="single" w:sz="4" w:space="0" w:color="022233" w:themeColor="accent2" w:themeShade="99"/>
          <w:insideV w:val="nil"/>
        </w:tcBorders>
        <w:shd w:val="clear" w:color="auto" w:fill="02223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22233" w:themeFill="accent2" w:themeFillShade="99"/>
      </w:tcPr>
    </w:tblStylePr>
    <w:tblStylePr w:type="band1Vert">
      <w:tblPr/>
      <w:tcPr>
        <w:shd w:val="clear" w:color="auto" w:fill="5EC0F7" w:themeFill="accent2" w:themeFillTint="66"/>
      </w:tcPr>
    </w:tblStylePr>
    <w:tblStylePr w:type="band1Horz">
      <w:tblPr/>
      <w:tcPr>
        <w:shd w:val="clear" w:color="auto" w:fill="36B1F5"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45E75" w:themeColor="accent4"/>
        <w:left w:val="single" w:sz="4" w:space="0" w:color="F0B400" w:themeColor="accent3"/>
        <w:bottom w:val="single" w:sz="4" w:space="0" w:color="F0B400" w:themeColor="accent3"/>
        <w:right w:val="single" w:sz="4" w:space="0" w:color="F0B400" w:themeColor="accent3"/>
        <w:insideH w:val="single" w:sz="4" w:space="0" w:color="FFFFFF" w:themeColor="background1"/>
        <w:insideV w:val="single" w:sz="4" w:space="0" w:color="FFFFFF" w:themeColor="background1"/>
      </w:tblBorders>
    </w:tblPr>
    <w:tcPr>
      <w:shd w:val="clear" w:color="auto" w:fill="FFF8E4" w:themeFill="accent3" w:themeFillTint="19"/>
    </w:tcPr>
    <w:tblStylePr w:type="firstRow">
      <w:rPr>
        <w:b/>
        <w:bCs/>
      </w:rPr>
      <w:tblPr/>
      <w:tcPr>
        <w:tcBorders>
          <w:top w:val="nil"/>
          <w:left w:val="nil"/>
          <w:bottom w:val="single" w:sz="24" w:space="0" w:color="045E7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06B00" w:themeFill="accent3" w:themeFillShade="99"/>
      </w:tcPr>
    </w:tblStylePr>
    <w:tblStylePr w:type="firstCol">
      <w:rPr>
        <w:color w:val="FFFFFF" w:themeColor="background1"/>
      </w:rPr>
      <w:tblPr/>
      <w:tcPr>
        <w:tcBorders>
          <w:top w:val="nil"/>
          <w:left w:val="nil"/>
          <w:bottom w:val="nil"/>
          <w:right w:val="nil"/>
          <w:insideH w:val="single" w:sz="4" w:space="0" w:color="906B00" w:themeColor="accent3" w:themeShade="99"/>
          <w:insideV w:val="nil"/>
        </w:tcBorders>
        <w:shd w:val="clear" w:color="auto" w:fill="906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06B00" w:themeFill="accent3" w:themeFillShade="99"/>
      </w:tcPr>
    </w:tblStylePr>
    <w:tblStylePr w:type="band1Vert">
      <w:tblPr/>
      <w:tcPr>
        <w:shd w:val="clear" w:color="auto" w:fill="FFE393" w:themeFill="accent3" w:themeFillTint="66"/>
      </w:tcPr>
    </w:tblStylePr>
    <w:tblStylePr w:type="band1Horz">
      <w:tblPr/>
      <w:tcPr>
        <w:shd w:val="clear" w:color="auto" w:fill="FFDD78"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F0B400" w:themeColor="accent3"/>
        <w:left w:val="single" w:sz="4" w:space="0" w:color="045E75" w:themeColor="accent4"/>
        <w:bottom w:val="single" w:sz="4" w:space="0" w:color="045E75" w:themeColor="accent4"/>
        <w:right w:val="single" w:sz="4" w:space="0" w:color="045E75" w:themeColor="accent4"/>
        <w:insideH w:val="single" w:sz="4" w:space="0" w:color="FFFFFF" w:themeColor="background1"/>
        <w:insideV w:val="single" w:sz="4" w:space="0" w:color="FFFFFF" w:themeColor="background1"/>
      </w:tblBorders>
    </w:tblPr>
    <w:tcPr>
      <w:shd w:val="clear" w:color="auto" w:fill="D9F6FD" w:themeFill="accent4" w:themeFillTint="19"/>
    </w:tcPr>
    <w:tblStylePr w:type="firstRow">
      <w:rPr>
        <w:b/>
        <w:bCs/>
      </w:rPr>
      <w:tblPr/>
      <w:tcPr>
        <w:tcBorders>
          <w:top w:val="nil"/>
          <w:left w:val="nil"/>
          <w:bottom w:val="single" w:sz="24" w:space="0" w:color="F0B4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3845" w:themeFill="accent4" w:themeFillShade="99"/>
      </w:tcPr>
    </w:tblStylePr>
    <w:tblStylePr w:type="firstCol">
      <w:rPr>
        <w:color w:val="FFFFFF" w:themeColor="background1"/>
      </w:rPr>
      <w:tblPr/>
      <w:tcPr>
        <w:tcBorders>
          <w:top w:val="nil"/>
          <w:left w:val="nil"/>
          <w:bottom w:val="nil"/>
          <w:right w:val="nil"/>
          <w:insideH w:val="single" w:sz="4" w:space="0" w:color="023845" w:themeColor="accent4" w:themeShade="99"/>
          <w:insideV w:val="nil"/>
        </w:tcBorders>
        <w:shd w:val="clear" w:color="auto" w:fill="02384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23845" w:themeFill="accent4" w:themeFillShade="99"/>
      </w:tcPr>
    </w:tblStylePr>
    <w:tblStylePr w:type="band1Vert">
      <w:tblPr/>
      <w:tcPr>
        <w:shd w:val="clear" w:color="auto" w:fill="68DCF9" w:themeFill="accent4" w:themeFillTint="66"/>
      </w:tcPr>
    </w:tblStylePr>
    <w:tblStylePr w:type="band1Horz">
      <w:tblPr/>
      <w:tcPr>
        <w:shd w:val="clear" w:color="auto" w:fill="43D3F8"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045E75" w:themeColor="accent6"/>
        <w:left w:val="single" w:sz="4" w:space="0" w:color="F0B400" w:themeColor="accent5"/>
        <w:bottom w:val="single" w:sz="4" w:space="0" w:color="F0B400" w:themeColor="accent5"/>
        <w:right w:val="single" w:sz="4" w:space="0" w:color="F0B400" w:themeColor="accent5"/>
        <w:insideH w:val="single" w:sz="4" w:space="0" w:color="FFFFFF" w:themeColor="background1"/>
        <w:insideV w:val="single" w:sz="4" w:space="0" w:color="FFFFFF" w:themeColor="background1"/>
      </w:tblBorders>
    </w:tblPr>
    <w:tcPr>
      <w:shd w:val="clear" w:color="auto" w:fill="FFF8E4" w:themeFill="accent5" w:themeFillTint="19"/>
    </w:tcPr>
    <w:tblStylePr w:type="firstRow">
      <w:rPr>
        <w:b/>
        <w:bCs/>
      </w:rPr>
      <w:tblPr/>
      <w:tcPr>
        <w:tcBorders>
          <w:top w:val="nil"/>
          <w:left w:val="nil"/>
          <w:bottom w:val="single" w:sz="24" w:space="0" w:color="045E7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06B00" w:themeFill="accent5" w:themeFillShade="99"/>
      </w:tcPr>
    </w:tblStylePr>
    <w:tblStylePr w:type="firstCol">
      <w:rPr>
        <w:color w:val="FFFFFF" w:themeColor="background1"/>
      </w:rPr>
      <w:tblPr/>
      <w:tcPr>
        <w:tcBorders>
          <w:top w:val="nil"/>
          <w:left w:val="nil"/>
          <w:bottom w:val="nil"/>
          <w:right w:val="nil"/>
          <w:insideH w:val="single" w:sz="4" w:space="0" w:color="906B00" w:themeColor="accent5" w:themeShade="99"/>
          <w:insideV w:val="nil"/>
        </w:tcBorders>
        <w:shd w:val="clear" w:color="auto" w:fill="906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06B00" w:themeFill="accent5" w:themeFillShade="99"/>
      </w:tcPr>
    </w:tblStylePr>
    <w:tblStylePr w:type="band1Vert">
      <w:tblPr/>
      <w:tcPr>
        <w:shd w:val="clear" w:color="auto" w:fill="FFE393" w:themeFill="accent5" w:themeFillTint="66"/>
      </w:tcPr>
    </w:tblStylePr>
    <w:tblStylePr w:type="band1Horz">
      <w:tblPr/>
      <w:tcPr>
        <w:shd w:val="clear" w:color="auto" w:fill="FFDD7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F0B400" w:themeColor="accent5"/>
        <w:left w:val="single" w:sz="4" w:space="0" w:color="045E75" w:themeColor="accent6"/>
        <w:bottom w:val="single" w:sz="4" w:space="0" w:color="045E75" w:themeColor="accent6"/>
        <w:right w:val="single" w:sz="4" w:space="0" w:color="045E75" w:themeColor="accent6"/>
        <w:insideH w:val="single" w:sz="4" w:space="0" w:color="FFFFFF" w:themeColor="background1"/>
        <w:insideV w:val="single" w:sz="4" w:space="0" w:color="FFFFFF" w:themeColor="background1"/>
      </w:tblBorders>
    </w:tblPr>
    <w:tcPr>
      <w:shd w:val="clear" w:color="auto" w:fill="D9F6FD" w:themeFill="accent6" w:themeFillTint="19"/>
    </w:tcPr>
    <w:tblStylePr w:type="firstRow">
      <w:rPr>
        <w:b/>
        <w:bCs/>
      </w:rPr>
      <w:tblPr/>
      <w:tcPr>
        <w:tcBorders>
          <w:top w:val="nil"/>
          <w:left w:val="nil"/>
          <w:bottom w:val="single" w:sz="24" w:space="0" w:color="F0B4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3845" w:themeFill="accent6" w:themeFillShade="99"/>
      </w:tcPr>
    </w:tblStylePr>
    <w:tblStylePr w:type="firstCol">
      <w:rPr>
        <w:color w:val="FFFFFF" w:themeColor="background1"/>
      </w:rPr>
      <w:tblPr/>
      <w:tcPr>
        <w:tcBorders>
          <w:top w:val="nil"/>
          <w:left w:val="nil"/>
          <w:bottom w:val="nil"/>
          <w:right w:val="nil"/>
          <w:insideH w:val="single" w:sz="4" w:space="0" w:color="023845" w:themeColor="accent6" w:themeShade="99"/>
          <w:insideV w:val="nil"/>
        </w:tcBorders>
        <w:shd w:val="clear" w:color="auto" w:fill="023845"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23845" w:themeFill="accent6" w:themeFillShade="99"/>
      </w:tcPr>
    </w:tblStylePr>
    <w:tblStylePr w:type="band1Vert">
      <w:tblPr/>
      <w:tcPr>
        <w:shd w:val="clear" w:color="auto" w:fill="68DCF9" w:themeFill="accent6" w:themeFillTint="66"/>
      </w:tcPr>
    </w:tblStylePr>
    <w:tblStylePr w:type="band1Horz">
      <w:tblPr/>
      <w:tcPr>
        <w:shd w:val="clear" w:color="auto" w:fill="43D3F8"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32D44" w:themeFill="accent2" w:themeFillShade="CC"/>
      </w:tcPr>
    </w:tblStylePr>
    <w:tblStylePr w:type="lastRow">
      <w:rPr>
        <w:b/>
        <w:bCs/>
        <w:color w:val="032D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accent1" w:themeFillTint="19"/>
    </w:tcPr>
    <w:tblStylePr w:type="firstRow">
      <w:rPr>
        <w:b/>
        <w:bCs/>
        <w:color w:val="FFFFFF" w:themeColor="background1"/>
      </w:rPr>
      <w:tblPr/>
      <w:tcPr>
        <w:tcBorders>
          <w:bottom w:val="single" w:sz="12" w:space="0" w:color="FFFFFF" w:themeColor="background1"/>
        </w:tcBorders>
        <w:shd w:val="clear" w:color="auto" w:fill="032D44" w:themeFill="accent2" w:themeFillShade="CC"/>
      </w:tcPr>
    </w:tblStylePr>
    <w:tblStylePr w:type="lastRow">
      <w:rPr>
        <w:b/>
        <w:bCs/>
        <w:color w:val="032D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1" w:themeFillTint="3F"/>
      </w:tcPr>
    </w:tblStylePr>
    <w:tblStylePr w:type="band1Horz">
      <w:tblPr/>
      <w:tcPr>
        <w:shd w:val="clear" w:color="auto" w:fill="CCCCCC"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D7EFFD" w:themeFill="accent2" w:themeFillTint="19"/>
    </w:tcPr>
    <w:tblStylePr w:type="firstRow">
      <w:rPr>
        <w:b/>
        <w:bCs/>
        <w:color w:val="FFFFFF" w:themeColor="background1"/>
      </w:rPr>
      <w:tblPr/>
      <w:tcPr>
        <w:tcBorders>
          <w:bottom w:val="single" w:sz="12" w:space="0" w:color="FFFFFF" w:themeColor="background1"/>
        </w:tcBorders>
        <w:shd w:val="clear" w:color="auto" w:fill="032D44" w:themeFill="accent2" w:themeFillShade="CC"/>
      </w:tcPr>
    </w:tblStylePr>
    <w:tblStylePr w:type="lastRow">
      <w:rPr>
        <w:b/>
        <w:bCs/>
        <w:color w:val="032D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D8FA" w:themeFill="accent2" w:themeFillTint="3F"/>
      </w:tcPr>
    </w:tblStylePr>
    <w:tblStylePr w:type="band1Horz">
      <w:tblPr/>
      <w:tcPr>
        <w:shd w:val="clear" w:color="auto" w:fill="AEDFF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FF8E4" w:themeFill="accent3" w:themeFillTint="19"/>
    </w:tcPr>
    <w:tblStylePr w:type="firstRow">
      <w:rPr>
        <w:b/>
        <w:bCs/>
        <w:color w:val="FFFFFF" w:themeColor="background1"/>
      </w:rPr>
      <w:tblPr/>
      <w:tcPr>
        <w:tcBorders>
          <w:bottom w:val="single" w:sz="12" w:space="0" w:color="FFFFFF" w:themeColor="background1"/>
        </w:tcBorders>
        <w:shd w:val="clear" w:color="auto" w:fill="034A5D" w:themeFill="accent4" w:themeFillShade="CC"/>
      </w:tcPr>
    </w:tblStylePr>
    <w:tblStylePr w:type="lastRow">
      <w:rPr>
        <w:b/>
        <w:bCs/>
        <w:color w:val="034A5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EBC" w:themeFill="accent3" w:themeFillTint="3F"/>
      </w:tcPr>
    </w:tblStylePr>
    <w:tblStylePr w:type="band1Horz">
      <w:tblPr/>
      <w:tcPr>
        <w:shd w:val="clear" w:color="auto" w:fill="FFF1C9"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D9F6FD" w:themeFill="accent4" w:themeFillTint="19"/>
    </w:tcPr>
    <w:tblStylePr w:type="firstRow">
      <w:rPr>
        <w:b/>
        <w:bCs/>
        <w:color w:val="FFFFFF" w:themeColor="background1"/>
      </w:rPr>
      <w:tblPr/>
      <w:tcPr>
        <w:tcBorders>
          <w:bottom w:val="single" w:sz="12" w:space="0" w:color="FFFFFF" w:themeColor="background1"/>
        </w:tcBorders>
        <w:shd w:val="clear" w:color="auto" w:fill="C08F00" w:themeFill="accent3" w:themeFillShade="CC"/>
      </w:tcPr>
    </w:tblStylePr>
    <w:tblStylePr w:type="lastRow">
      <w:rPr>
        <w:b/>
        <w:bCs/>
        <w:color w:val="C08F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1E9FB" w:themeFill="accent4" w:themeFillTint="3F"/>
      </w:tcPr>
    </w:tblStylePr>
    <w:tblStylePr w:type="band1Horz">
      <w:tblPr/>
      <w:tcPr>
        <w:shd w:val="clear" w:color="auto" w:fill="B3EDF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FF8E4" w:themeFill="accent5" w:themeFillTint="19"/>
    </w:tcPr>
    <w:tblStylePr w:type="firstRow">
      <w:rPr>
        <w:b/>
        <w:bCs/>
        <w:color w:val="FFFFFF" w:themeColor="background1"/>
      </w:rPr>
      <w:tblPr/>
      <w:tcPr>
        <w:tcBorders>
          <w:bottom w:val="single" w:sz="12" w:space="0" w:color="FFFFFF" w:themeColor="background1"/>
        </w:tcBorders>
        <w:shd w:val="clear" w:color="auto" w:fill="034A5D" w:themeFill="accent6" w:themeFillShade="CC"/>
      </w:tcPr>
    </w:tblStylePr>
    <w:tblStylePr w:type="lastRow">
      <w:rPr>
        <w:b/>
        <w:bCs/>
        <w:color w:val="034A5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EBC" w:themeFill="accent5" w:themeFillTint="3F"/>
      </w:tcPr>
    </w:tblStylePr>
    <w:tblStylePr w:type="band1Horz">
      <w:tblPr/>
      <w:tcPr>
        <w:shd w:val="clear" w:color="auto" w:fill="FFF1C9"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D9F6FD" w:themeFill="accent6" w:themeFillTint="19"/>
    </w:tcPr>
    <w:tblStylePr w:type="firstRow">
      <w:rPr>
        <w:b/>
        <w:bCs/>
        <w:color w:val="FFFFFF" w:themeColor="background1"/>
      </w:rPr>
      <w:tblPr/>
      <w:tcPr>
        <w:tcBorders>
          <w:bottom w:val="single" w:sz="12" w:space="0" w:color="FFFFFF" w:themeColor="background1"/>
        </w:tcBorders>
        <w:shd w:val="clear" w:color="auto" w:fill="C08F00" w:themeFill="accent5" w:themeFillShade="CC"/>
      </w:tcPr>
    </w:tblStylePr>
    <w:tblStylePr w:type="lastRow">
      <w:rPr>
        <w:b/>
        <w:bCs/>
        <w:color w:val="C08F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1E9FB" w:themeFill="accent6" w:themeFillTint="3F"/>
      </w:tcPr>
    </w:tblStylePr>
    <w:tblStylePr w:type="band1Horz">
      <w:tblPr/>
      <w:tcPr>
        <w:shd w:val="clear" w:color="auto" w:fill="B3EDFC"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accent1" w:themeFillTint="33"/>
    </w:tcPr>
    <w:tblStylePr w:type="firstRow">
      <w:rPr>
        <w:b/>
        <w:bCs/>
      </w:rPr>
      <w:tblPr/>
      <w:tcPr>
        <w:shd w:val="clear" w:color="auto" w:fill="999999" w:themeFill="accent1" w:themeFillTint="66"/>
      </w:tcPr>
    </w:tblStylePr>
    <w:tblStylePr w:type="lastRow">
      <w:rPr>
        <w:b/>
        <w:bCs/>
        <w:color w:val="000000" w:themeColor="text1"/>
      </w:rPr>
      <w:tblPr/>
      <w:tcPr>
        <w:shd w:val="clear" w:color="auto" w:fill="999999" w:themeFill="accent1" w:themeFillTint="66"/>
      </w:tcPr>
    </w:tblStylePr>
    <w:tblStylePr w:type="firstCol">
      <w:rPr>
        <w:color w:val="FFFFFF" w:themeColor="background1"/>
      </w:rPr>
      <w:tblPr/>
      <w:tcPr>
        <w:shd w:val="clear" w:color="auto" w:fill="000000" w:themeFill="accent1" w:themeFillShade="BF"/>
      </w:tcPr>
    </w:tblStylePr>
    <w:tblStylePr w:type="lastCol">
      <w:rPr>
        <w:color w:val="FFFFFF" w:themeColor="background1"/>
      </w:rPr>
      <w:tblPr/>
      <w:tcPr>
        <w:shd w:val="clear" w:color="auto" w:fill="000000" w:themeFill="accent1" w:themeFillShade="BF"/>
      </w:tcPr>
    </w:tblStylePr>
    <w:tblStylePr w:type="band1Vert">
      <w:tblPr/>
      <w:tcPr>
        <w:shd w:val="clear" w:color="auto" w:fill="808080" w:themeFill="accent1" w:themeFillTint="7F"/>
      </w:tcPr>
    </w:tblStylePr>
    <w:tblStylePr w:type="band1Horz">
      <w:tblPr/>
      <w:tcPr>
        <w:shd w:val="clear" w:color="auto" w:fill="808080"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EDFFB" w:themeFill="accent2" w:themeFillTint="33"/>
    </w:tcPr>
    <w:tblStylePr w:type="firstRow">
      <w:rPr>
        <w:b/>
        <w:bCs/>
      </w:rPr>
      <w:tblPr/>
      <w:tcPr>
        <w:shd w:val="clear" w:color="auto" w:fill="5EC0F7" w:themeFill="accent2" w:themeFillTint="66"/>
      </w:tcPr>
    </w:tblStylePr>
    <w:tblStylePr w:type="lastRow">
      <w:rPr>
        <w:b/>
        <w:bCs/>
        <w:color w:val="000000" w:themeColor="text1"/>
      </w:rPr>
      <w:tblPr/>
      <w:tcPr>
        <w:shd w:val="clear" w:color="auto" w:fill="5EC0F7" w:themeFill="accent2" w:themeFillTint="66"/>
      </w:tcPr>
    </w:tblStylePr>
    <w:tblStylePr w:type="firstCol">
      <w:rPr>
        <w:color w:val="FFFFFF" w:themeColor="background1"/>
      </w:rPr>
      <w:tblPr/>
      <w:tcPr>
        <w:shd w:val="clear" w:color="auto" w:fill="032A40" w:themeFill="accent2" w:themeFillShade="BF"/>
      </w:tcPr>
    </w:tblStylePr>
    <w:tblStylePr w:type="lastCol">
      <w:rPr>
        <w:color w:val="FFFFFF" w:themeColor="background1"/>
      </w:rPr>
      <w:tblPr/>
      <w:tcPr>
        <w:shd w:val="clear" w:color="auto" w:fill="032A40" w:themeFill="accent2" w:themeFillShade="BF"/>
      </w:tcPr>
    </w:tblStylePr>
    <w:tblStylePr w:type="band1Vert">
      <w:tblPr/>
      <w:tcPr>
        <w:shd w:val="clear" w:color="auto" w:fill="36B1F5" w:themeFill="accent2" w:themeFillTint="7F"/>
      </w:tcPr>
    </w:tblStylePr>
    <w:tblStylePr w:type="band1Horz">
      <w:tblPr/>
      <w:tcPr>
        <w:shd w:val="clear" w:color="auto" w:fill="36B1F5"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1C9" w:themeFill="accent3" w:themeFillTint="33"/>
    </w:tcPr>
    <w:tblStylePr w:type="firstRow">
      <w:rPr>
        <w:b/>
        <w:bCs/>
      </w:rPr>
      <w:tblPr/>
      <w:tcPr>
        <w:shd w:val="clear" w:color="auto" w:fill="FFE393" w:themeFill="accent3" w:themeFillTint="66"/>
      </w:tcPr>
    </w:tblStylePr>
    <w:tblStylePr w:type="lastRow">
      <w:rPr>
        <w:b/>
        <w:bCs/>
        <w:color w:val="000000" w:themeColor="text1"/>
      </w:rPr>
      <w:tblPr/>
      <w:tcPr>
        <w:shd w:val="clear" w:color="auto" w:fill="FFE393" w:themeFill="accent3" w:themeFillTint="66"/>
      </w:tcPr>
    </w:tblStylePr>
    <w:tblStylePr w:type="firstCol">
      <w:rPr>
        <w:color w:val="FFFFFF" w:themeColor="background1"/>
      </w:rPr>
      <w:tblPr/>
      <w:tcPr>
        <w:shd w:val="clear" w:color="auto" w:fill="B38600" w:themeFill="accent3" w:themeFillShade="BF"/>
      </w:tcPr>
    </w:tblStylePr>
    <w:tblStylePr w:type="lastCol">
      <w:rPr>
        <w:color w:val="FFFFFF" w:themeColor="background1"/>
      </w:rPr>
      <w:tblPr/>
      <w:tcPr>
        <w:shd w:val="clear" w:color="auto" w:fill="B38600" w:themeFill="accent3" w:themeFillShade="BF"/>
      </w:tcPr>
    </w:tblStylePr>
    <w:tblStylePr w:type="band1Vert">
      <w:tblPr/>
      <w:tcPr>
        <w:shd w:val="clear" w:color="auto" w:fill="FFDD78" w:themeFill="accent3" w:themeFillTint="7F"/>
      </w:tcPr>
    </w:tblStylePr>
    <w:tblStylePr w:type="band1Horz">
      <w:tblPr/>
      <w:tcPr>
        <w:shd w:val="clear" w:color="auto" w:fill="FFDD78"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3EDFC" w:themeFill="accent4" w:themeFillTint="33"/>
    </w:tcPr>
    <w:tblStylePr w:type="firstRow">
      <w:rPr>
        <w:b/>
        <w:bCs/>
      </w:rPr>
      <w:tblPr/>
      <w:tcPr>
        <w:shd w:val="clear" w:color="auto" w:fill="68DCF9" w:themeFill="accent4" w:themeFillTint="66"/>
      </w:tcPr>
    </w:tblStylePr>
    <w:tblStylePr w:type="lastRow">
      <w:rPr>
        <w:b/>
        <w:bCs/>
        <w:color w:val="000000" w:themeColor="text1"/>
      </w:rPr>
      <w:tblPr/>
      <w:tcPr>
        <w:shd w:val="clear" w:color="auto" w:fill="68DCF9" w:themeFill="accent4" w:themeFillTint="66"/>
      </w:tcPr>
    </w:tblStylePr>
    <w:tblStylePr w:type="firstCol">
      <w:rPr>
        <w:color w:val="FFFFFF" w:themeColor="background1"/>
      </w:rPr>
      <w:tblPr/>
      <w:tcPr>
        <w:shd w:val="clear" w:color="auto" w:fill="034657" w:themeFill="accent4" w:themeFillShade="BF"/>
      </w:tcPr>
    </w:tblStylePr>
    <w:tblStylePr w:type="lastCol">
      <w:rPr>
        <w:color w:val="FFFFFF" w:themeColor="background1"/>
      </w:rPr>
      <w:tblPr/>
      <w:tcPr>
        <w:shd w:val="clear" w:color="auto" w:fill="034657" w:themeFill="accent4" w:themeFillShade="BF"/>
      </w:tcPr>
    </w:tblStylePr>
    <w:tblStylePr w:type="band1Vert">
      <w:tblPr/>
      <w:tcPr>
        <w:shd w:val="clear" w:color="auto" w:fill="43D3F8" w:themeFill="accent4" w:themeFillTint="7F"/>
      </w:tcPr>
    </w:tblStylePr>
    <w:tblStylePr w:type="band1Horz">
      <w:tblPr/>
      <w:tcPr>
        <w:shd w:val="clear" w:color="auto" w:fill="43D3F8"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1C9" w:themeFill="accent5" w:themeFillTint="33"/>
    </w:tcPr>
    <w:tblStylePr w:type="firstRow">
      <w:rPr>
        <w:b/>
        <w:bCs/>
      </w:rPr>
      <w:tblPr/>
      <w:tcPr>
        <w:shd w:val="clear" w:color="auto" w:fill="FFE393" w:themeFill="accent5" w:themeFillTint="66"/>
      </w:tcPr>
    </w:tblStylePr>
    <w:tblStylePr w:type="lastRow">
      <w:rPr>
        <w:b/>
        <w:bCs/>
        <w:color w:val="000000" w:themeColor="text1"/>
      </w:rPr>
      <w:tblPr/>
      <w:tcPr>
        <w:shd w:val="clear" w:color="auto" w:fill="FFE393" w:themeFill="accent5" w:themeFillTint="66"/>
      </w:tcPr>
    </w:tblStylePr>
    <w:tblStylePr w:type="firstCol">
      <w:rPr>
        <w:color w:val="FFFFFF" w:themeColor="background1"/>
      </w:rPr>
      <w:tblPr/>
      <w:tcPr>
        <w:shd w:val="clear" w:color="auto" w:fill="B38600" w:themeFill="accent5" w:themeFillShade="BF"/>
      </w:tcPr>
    </w:tblStylePr>
    <w:tblStylePr w:type="lastCol">
      <w:rPr>
        <w:color w:val="FFFFFF" w:themeColor="background1"/>
      </w:rPr>
      <w:tblPr/>
      <w:tcPr>
        <w:shd w:val="clear" w:color="auto" w:fill="B38600" w:themeFill="accent5" w:themeFillShade="BF"/>
      </w:tcPr>
    </w:tblStylePr>
    <w:tblStylePr w:type="band1Vert">
      <w:tblPr/>
      <w:tcPr>
        <w:shd w:val="clear" w:color="auto" w:fill="FFDD78" w:themeFill="accent5" w:themeFillTint="7F"/>
      </w:tcPr>
    </w:tblStylePr>
    <w:tblStylePr w:type="band1Horz">
      <w:tblPr/>
      <w:tcPr>
        <w:shd w:val="clear" w:color="auto" w:fill="FFDD78"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3EDFC" w:themeFill="accent6" w:themeFillTint="33"/>
    </w:tcPr>
    <w:tblStylePr w:type="firstRow">
      <w:rPr>
        <w:b/>
        <w:bCs/>
      </w:rPr>
      <w:tblPr/>
      <w:tcPr>
        <w:shd w:val="clear" w:color="auto" w:fill="68DCF9" w:themeFill="accent6" w:themeFillTint="66"/>
      </w:tcPr>
    </w:tblStylePr>
    <w:tblStylePr w:type="lastRow">
      <w:rPr>
        <w:b/>
        <w:bCs/>
        <w:color w:val="000000" w:themeColor="text1"/>
      </w:rPr>
      <w:tblPr/>
      <w:tcPr>
        <w:shd w:val="clear" w:color="auto" w:fill="68DCF9" w:themeFill="accent6" w:themeFillTint="66"/>
      </w:tcPr>
    </w:tblStylePr>
    <w:tblStylePr w:type="firstCol">
      <w:rPr>
        <w:color w:val="FFFFFF" w:themeColor="background1"/>
      </w:rPr>
      <w:tblPr/>
      <w:tcPr>
        <w:shd w:val="clear" w:color="auto" w:fill="034657" w:themeFill="accent6" w:themeFillShade="BF"/>
      </w:tcPr>
    </w:tblStylePr>
    <w:tblStylePr w:type="lastCol">
      <w:rPr>
        <w:color w:val="FFFFFF" w:themeColor="background1"/>
      </w:rPr>
      <w:tblPr/>
      <w:tcPr>
        <w:shd w:val="clear" w:color="auto" w:fill="034657" w:themeFill="accent6" w:themeFillShade="BF"/>
      </w:tcPr>
    </w:tblStylePr>
    <w:tblStylePr w:type="band1Vert">
      <w:tblPr/>
      <w:tcPr>
        <w:shd w:val="clear" w:color="auto" w:fill="43D3F8" w:themeFill="accent6" w:themeFillTint="7F"/>
      </w:tcPr>
    </w:tblStylePr>
    <w:tblStylePr w:type="band1Horz">
      <w:tblPr/>
      <w:tcPr>
        <w:shd w:val="clear" w:color="auto" w:fill="43D3F8"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EG - Access">
      <a:dk1>
        <a:sysClr val="windowText" lastClr="000000"/>
      </a:dk1>
      <a:lt1>
        <a:sysClr val="window" lastClr="FFFFFF"/>
      </a:lt1>
      <a:dk2>
        <a:srgbClr val="44546A"/>
      </a:dk2>
      <a:lt2>
        <a:srgbClr val="E7E6E6"/>
      </a:lt2>
      <a:accent1>
        <a:srgbClr val="000000"/>
      </a:accent1>
      <a:accent2>
        <a:srgbClr val="043956"/>
      </a:accent2>
      <a:accent3>
        <a:srgbClr val="F0B400"/>
      </a:accent3>
      <a:accent4>
        <a:srgbClr val="045E75"/>
      </a:accent4>
      <a:accent5>
        <a:srgbClr val="F0B400"/>
      </a:accent5>
      <a:accent6>
        <a:srgbClr val="045E75"/>
      </a:accent6>
      <a:hlink>
        <a:srgbClr val="043956"/>
      </a:hlink>
      <a:folHlink>
        <a:srgbClr val="045E75"/>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43171CBA21D1A46BE83E3CB7F978045" ma:contentTypeVersion="10" ma:contentTypeDescription="Create a new document." ma:contentTypeScope="" ma:versionID="bcb0d02a9d3989616729988d701ecbc5">
  <xsd:schema xmlns:xsd="http://www.w3.org/2001/XMLSchema" xmlns:xs="http://www.w3.org/2001/XMLSchema" xmlns:p="http://schemas.microsoft.com/office/2006/metadata/properties" xmlns:ns2="1d178f60-daed-45bb-b2c5-7c5909a23c9d" xmlns:ns3="49c274ef-d259-4752-9728-7923649c69e4" targetNamespace="http://schemas.microsoft.com/office/2006/metadata/properties" ma:root="true" ma:fieldsID="12f9a5158904f70358c941018bb1e59e" ns2:_="" ns3:_="">
    <xsd:import namespace="1d178f60-daed-45bb-b2c5-7c5909a23c9d"/>
    <xsd:import namespace="49c274ef-d259-4752-9728-7923649c69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178f60-daed-45bb-b2c5-7c5909a23c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a6adbe2-05b4-4855-8884-02a38cb03c6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c274ef-d259-4752-9728-7923649c69e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3883fc4-07e1-4db6-926b-85134ea190bb}" ma:internalName="TaxCatchAll" ma:showField="CatchAllData" ma:web="49c274ef-d259-4752-9728-7923649c69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178f60-daed-45bb-b2c5-7c5909a23c9d">
      <Terms xmlns="http://schemas.microsoft.com/office/infopath/2007/PartnerControls"/>
    </lcf76f155ced4ddcb4097134ff3c332f>
    <TaxCatchAll xmlns="49c274ef-d259-4752-9728-7923649c69e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F898A34-E18E-4E56-A6BF-1B4CF47C6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178f60-daed-45bb-b2c5-7c5909a23c9d"/>
    <ds:schemaRef ds:uri="49c274ef-d259-4752-9728-7923649c69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094B66-B505-48B5-9CEB-34077325541A}">
  <ds:schemaRefs>
    <ds:schemaRef ds:uri="http://schemas.microsoft.com/office/2006/metadata/properties"/>
    <ds:schemaRef ds:uri="http://schemas.microsoft.com/office/infopath/2007/PartnerControls"/>
    <ds:schemaRef ds:uri="1d178f60-daed-45bb-b2c5-7c5909a23c9d"/>
    <ds:schemaRef ds:uri="49c274ef-d259-4752-9728-7923649c69e4"/>
  </ds:schemaRefs>
</ds:datastoreItem>
</file>

<file path=customXml/itemProps4.xml><?xml version="1.0" encoding="utf-8"?>
<ds:datastoreItem xmlns:ds="http://schemas.openxmlformats.org/officeDocument/2006/customXml" ds:itemID="{988B6767-9E85-4C50-88A7-37AFD36C02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Angela Coull</cp:lastModifiedBy>
  <cp:revision>9</cp:revision>
  <dcterms:created xsi:type="dcterms:W3CDTF">2026-10-13T16:20:00Z</dcterms:created>
  <dcterms:modified xsi:type="dcterms:W3CDTF">2026-10-26T15:33:00Z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0x010100C43171CBA21D1A46BE83E3CB7F978045</vt:lpwstr>
  </property>
</Properties>
</file>